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D1A02" w14:textId="77777777" w:rsidR="009B5B8E" w:rsidRDefault="00A22690">
      <w:r>
        <w:rPr>
          <w:b/>
          <w:color w:val="FF7F00"/>
          <w:sz w:val="28"/>
        </w:rPr>
        <w:t>1. ELIGIBILITY CHECKLIST</w:t>
      </w:r>
    </w:p>
    <w:p w14:paraId="4840864C" w14:textId="77777777" w:rsidR="00B715FD" w:rsidRDefault="00A22690">
      <w:r>
        <w:t xml:space="preserve">☐ Builder/developer </w:t>
      </w:r>
      <w:r w:rsidR="007B0BDB">
        <w:t>has proper local and state government approvals</w:t>
      </w:r>
    </w:p>
    <w:p w14:paraId="714D74BB" w14:textId="2E48825A" w:rsidR="00B715FD" w:rsidRDefault="00B715FD" w:rsidP="00B715FD">
      <w:r>
        <w:t xml:space="preserve">☐ Builder/developer meets minimum qualifications/certification requirements. </w:t>
      </w:r>
    </w:p>
    <w:p w14:paraId="62F41482" w14:textId="44617301" w:rsidR="009B5B8E" w:rsidRDefault="00B715FD">
      <w:r>
        <w:t xml:space="preserve">☐ </w:t>
      </w:r>
      <w:r w:rsidR="007E0B50">
        <w:t xml:space="preserve">The Project aligns with the Market Potential Analysis and has scoring committee approval. </w:t>
      </w:r>
    </w:p>
    <w:p w14:paraId="48C39F0F" w14:textId="77777777" w:rsidR="009B5B8E" w:rsidRDefault="00A22690">
      <w:r>
        <w:t>☐ Applicant has documentation of site control.</w:t>
      </w:r>
    </w:p>
    <w:p w14:paraId="13B9E881" w14:textId="77777777" w:rsidR="009B5B8E" w:rsidRDefault="00A22690">
      <w:r>
        <w:t>☐ Applicant can provide project budget, plans, and timeline.</w:t>
      </w:r>
    </w:p>
    <w:p w14:paraId="33C12DDA" w14:textId="77777777" w:rsidR="00DC153F" w:rsidRDefault="00DC153F">
      <w:pPr>
        <w:rPr>
          <w:b/>
          <w:color w:val="FF7F00"/>
          <w:sz w:val="28"/>
        </w:rPr>
      </w:pPr>
    </w:p>
    <w:p w14:paraId="5E195F79" w14:textId="12752961" w:rsidR="009B5B8E" w:rsidRDefault="00A22690">
      <w:r>
        <w:rPr>
          <w:b/>
          <w:color w:val="FF7F00"/>
          <w:sz w:val="28"/>
        </w:rPr>
        <w:t>2. APPLICANT INFORMATION</w:t>
      </w:r>
    </w:p>
    <w:p w14:paraId="0E709128" w14:textId="77777777" w:rsidR="009B5B8E" w:rsidRDefault="00A22690">
      <w:r>
        <w:t>Legal Name of Builder/Developer: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595C0E42" w14:textId="77777777" w:rsidTr="00DC153F">
        <w:trPr>
          <w:trHeight w:val="476"/>
        </w:trPr>
        <w:tc>
          <w:tcPr>
            <w:tcW w:w="5058" w:type="dxa"/>
          </w:tcPr>
          <w:p w14:paraId="0F7D6A1A" w14:textId="77777777" w:rsidR="009B5B8E" w:rsidRDefault="009B5B8E"/>
        </w:tc>
      </w:tr>
    </w:tbl>
    <w:p w14:paraId="3B9BD743" w14:textId="4AE80B0F" w:rsidR="009B5B8E" w:rsidRDefault="00A22690">
      <w:r>
        <w:t>Primary Contact: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1D252FF2" w14:textId="77777777" w:rsidTr="00DC153F">
        <w:trPr>
          <w:trHeight w:val="548"/>
        </w:trPr>
        <w:tc>
          <w:tcPr>
            <w:tcW w:w="5058" w:type="dxa"/>
          </w:tcPr>
          <w:p w14:paraId="649E04A6" w14:textId="77777777" w:rsidR="009B5B8E" w:rsidRDefault="009B5B8E"/>
        </w:tc>
      </w:tr>
    </w:tbl>
    <w:p w14:paraId="36AD1003" w14:textId="77777777" w:rsidR="009B5B8E" w:rsidRDefault="00A22690">
      <w:r>
        <w:t>Title: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079A8F31" w14:textId="77777777" w:rsidTr="00DC153F">
        <w:trPr>
          <w:trHeight w:val="575"/>
        </w:trPr>
        <w:tc>
          <w:tcPr>
            <w:tcW w:w="5058" w:type="dxa"/>
          </w:tcPr>
          <w:p w14:paraId="284C064D" w14:textId="77777777" w:rsidR="009B5B8E" w:rsidRDefault="009B5B8E"/>
        </w:tc>
      </w:tr>
    </w:tbl>
    <w:p w14:paraId="4F740EC3" w14:textId="77777777" w:rsidR="009B5B8E" w:rsidRDefault="00A22690">
      <w:r>
        <w:t>Phone: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391D9D91" w14:textId="77777777" w:rsidTr="00DC153F">
        <w:trPr>
          <w:trHeight w:val="566"/>
        </w:trPr>
        <w:tc>
          <w:tcPr>
            <w:tcW w:w="5058" w:type="dxa"/>
          </w:tcPr>
          <w:p w14:paraId="32671F04" w14:textId="77777777" w:rsidR="009B5B8E" w:rsidRDefault="009B5B8E"/>
        </w:tc>
      </w:tr>
    </w:tbl>
    <w:p w14:paraId="40329799" w14:textId="77777777" w:rsidR="009B5B8E" w:rsidRDefault="00A22690">
      <w:r>
        <w:t>Email: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2D9E0027" w14:textId="77777777" w:rsidTr="00DC153F">
        <w:trPr>
          <w:trHeight w:val="557"/>
        </w:trPr>
        <w:tc>
          <w:tcPr>
            <w:tcW w:w="5058" w:type="dxa"/>
          </w:tcPr>
          <w:p w14:paraId="6FEE8CD7" w14:textId="77777777" w:rsidR="009B5B8E" w:rsidRDefault="009B5B8E"/>
        </w:tc>
      </w:tr>
    </w:tbl>
    <w:p w14:paraId="2178AF50" w14:textId="77777777" w:rsidR="009B5B8E" w:rsidRDefault="00A22690">
      <w:r>
        <w:t>Website: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:rsidRPr="00DC153F" w14:paraId="109AE662" w14:textId="77777777" w:rsidTr="00DC153F">
        <w:trPr>
          <w:trHeight w:val="566"/>
        </w:trPr>
        <w:tc>
          <w:tcPr>
            <w:tcW w:w="5058" w:type="dxa"/>
          </w:tcPr>
          <w:p w14:paraId="2DEA4D0E" w14:textId="28D09A41" w:rsidR="009B5B8E" w:rsidRPr="00DC153F" w:rsidRDefault="009B5B8E">
            <w:pPr>
              <w:rPr>
                <w:lang w:val="fr-CA"/>
              </w:rPr>
            </w:pPr>
          </w:p>
        </w:tc>
      </w:tr>
    </w:tbl>
    <w:p w14:paraId="2184FE57" w14:textId="77777777" w:rsidR="009B5B8E" w:rsidRDefault="00A22690">
      <w:r>
        <w:t>Physical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4DCCD039" w14:textId="77777777" w:rsidTr="00DC153F">
        <w:trPr>
          <w:trHeight w:val="557"/>
        </w:trPr>
        <w:tc>
          <w:tcPr>
            <w:tcW w:w="5058" w:type="dxa"/>
          </w:tcPr>
          <w:p w14:paraId="061E270D" w14:textId="77777777" w:rsidR="009B5B8E" w:rsidRDefault="009B5B8E"/>
        </w:tc>
      </w:tr>
    </w:tbl>
    <w:p w14:paraId="455D04E1" w14:textId="77777777" w:rsidR="009B5B8E" w:rsidRDefault="00A22690">
      <w:r>
        <w:t>Mailing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04C616F7" w14:textId="77777777" w:rsidTr="00DC153F">
        <w:trPr>
          <w:trHeight w:val="620"/>
        </w:trPr>
        <w:tc>
          <w:tcPr>
            <w:tcW w:w="5058" w:type="dxa"/>
          </w:tcPr>
          <w:p w14:paraId="1C911457" w14:textId="77777777" w:rsidR="009B5B8E" w:rsidRDefault="009B5B8E"/>
        </w:tc>
      </w:tr>
    </w:tbl>
    <w:p w14:paraId="3E6BAE8A" w14:textId="77777777" w:rsidR="009B5B8E" w:rsidRDefault="00A22690">
      <w:r>
        <w:t>TIN/EIN: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423E2438" w14:textId="77777777" w:rsidTr="00DC153F">
        <w:trPr>
          <w:trHeight w:val="557"/>
        </w:trPr>
        <w:tc>
          <w:tcPr>
            <w:tcW w:w="5058" w:type="dxa"/>
          </w:tcPr>
          <w:p w14:paraId="4413AF70" w14:textId="60CC1FED" w:rsidR="009B5B8E" w:rsidRDefault="00E701BF">
            <w:proofErr w:type="spellStart"/>
            <w:r>
              <w:t>esfakojasdiof</w:t>
            </w:r>
            <w:proofErr w:type="spellEnd"/>
          </w:p>
        </w:tc>
      </w:tr>
    </w:tbl>
    <w:p w14:paraId="65004B96" w14:textId="77777777" w:rsidR="009B5B8E" w:rsidRDefault="00A22690">
      <w:r>
        <w:t>Type of Entity:</w:t>
      </w:r>
    </w:p>
    <w:p w14:paraId="5760B220" w14:textId="77777777" w:rsidR="009B5B8E" w:rsidRDefault="00A22690">
      <w:r>
        <w:t xml:space="preserve">☐ Sole </w:t>
      </w:r>
      <w:proofErr w:type="gramStart"/>
      <w:r>
        <w:t>Proprietor  ☐</w:t>
      </w:r>
      <w:proofErr w:type="gramEnd"/>
      <w:r>
        <w:t xml:space="preserve"> </w:t>
      </w:r>
      <w:proofErr w:type="gramStart"/>
      <w:r>
        <w:t>Partnership  ☐</w:t>
      </w:r>
      <w:proofErr w:type="gramEnd"/>
      <w:r>
        <w:t xml:space="preserve"> </w:t>
      </w:r>
      <w:proofErr w:type="gramStart"/>
      <w:r>
        <w:t>LLC  ☐</w:t>
      </w:r>
      <w:proofErr w:type="gramEnd"/>
      <w:r>
        <w:t xml:space="preserve"> </w:t>
      </w:r>
      <w:proofErr w:type="gramStart"/>
      <w:r>
        <w:t>Corporation  ☐</w:t>
      </w:r>
      <w:proofErr w:type="gramEnd"/>
      <w:r>
        <w:t xml:space="preserve"> Other: ______</w:t>
      </w:r>
    </w:p>
    <w:p w14:paraId="339E6066" w14:textId="77777777" w:rsidR="009B5B8E" w:rsidRDefault="00A22690">
      <w:r>
        <w:t>Years in Construction/Development: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</w:tblGrid>
      <w:tr w:rsidR="009B5B8E" w14:paraId="34BE4799" w14:textId="77777777" w:rsidTr="00DC153F">
        <w:trPr>
          <w:trHeight w:val="431"/>
        </w:trPr>
        <w:tc>
          <w:tcPr>
            <w:tcW w:w="1728" w:type="dxa"/>
          </w:tcPr>
          <w:p w14:paraId="5DE4FCAC" w14:textId="2C708483" w:rsidR="009B5B8E" w:rsidRDefault="00E701BF">
            <w:proofErr w:type="spellStart"/>
            <w:r>
              <w:t>asdfdsaf</w:t>
            </w:r>
            <w:proofErr w:type="spellEnd"/>
          </w:p>
        </w:tc>
      </w:tr>
    </w:tbl>
    <w:p w14:paraId="02CD8EC1" w14:textId="77777777" w:rsidR="009B5B8E" w:rsidRDefault="00A22690">
      <w:r>
        <w:t>Number of Active Crew/Subcontractors: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</w:tblGrid>
      <w:tr w:rsidR="009B5B8E" w14:paraId="0D6FFB09" w14:textId="77777777" w:rsidTr="00DC153F">
        <w:trPr>
          <w:trHeight w:val="476"/>
        </w:trPr>
        <w:tc>
          <w:tcPr>
            <w:tcW w:w="1728" w:type="dxa"/>
          </w:tcPr>
          <w:p w14:paraId="22EA313F" w14:textId="671EC4BA" w:rsidR="009B5B8E" w:rsidRDefault="00E701BF">
            <w:proofErr w:type="spellStart"/>
            <w:r>
              <w:t>asdf</w:t>
            </w:r>
            <w:proofErr w:type="spellEnd"/>
          </w:p>
        </w:tc>
      </w:tr>
    </w:tbl>
    <w:p w14:paraId="117422D9" w14:textId="77777777" w:rsidR="00DC153F" w:rsidRDefault="00DC153F">
      <w:pPr>
        <w:rPr>
          <w:b/>
          <w:color w:val="FF7F00"/>
          <w:sz w:val="28"/>
        </w:rPr>
      </w:pPr>
    </w:p>
    <w:p w14:paraId="1BFE34C8" w14:textId="1508E634" w:rsidR="009B5B8E" w:rsidRDefault="00A22690">
      <w:r>
        <w:rPr>
          <w:b/>
          <w:color w:val="FF7F00"/>
          <w:sz w:val="28"/>
        </w:rPr>
        <w:t>3. PRINCIPALS / OWNERS</w:t>
      </w:r>
    </w:p>
    <w:p w14:paraId="023B8C17" w14:textId="77777777" w:rsidR="009B5B8E" w:rsidRDefault="00A22690">
      <w:r>
        <w:t>Principal #1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0857B7B" w14:textId="77777777" w:rsidTr="00DC153F">
        <w:trPr>
          <w:trHeight w:val="1070"/>
        </w:trPr>
        <w:tc>
          <w:tcPr>
            <w:tcW w:w="8640" w:type="dxa"/>
          </w:tcPr>
          <w:p w14:paraId="417A0102" w14:textId="77777777" w:rsidR="009B5B8E" w:rsidRDefault="009B5B8E"/>
        </w:tc>
      </w:tr>
    </w:tbl>
    <w:p w14:paraId="1BDEC852" w14:textId="77777777" w:rsidR="009B5B8E" w:rsidRDefault="00A22690">
      <w:r>
        <w:t>Principal #2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3E544778" w14:textId="77777777" w:rsidTr="00DC153F">
        <w:trPr>
          <w:trHeight w:val="1007"/>
        </w:trPr>
        <w:tc>
          <w:tcPr>
            <w:tcW w:w="8640" w:type="dxa"/>
          </w:tcPr>
          <w:p w14:paraId="4CB7B2D4" w14:textId="77777777" w:rsidR="009B5B8E" w:rsidRDefault="009B5B8E"/>
        </w:tc>
      </w:tr>
    </w:tbl>
    <w:p w14:paraId="42469DA9" w14:textId="77777777" w:rsidR="009B5B8E" w:rsidRDefault="00A22690">
      <w:r>
        <w:t>Principal #3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15E2912" w14:textId="77777777" w:rsidTr="00DC153F">
        <w:trPr>
          <w:trHeight w:val="935"/>
        </w:trPr>
        <w:tc>
          <w:tcPr>
            <w:tcW w:w="8640" w:type="dxa"/>
          </w:tcPr>
          <w:p w14:paraId="2A1B38C8" w14:textId="77777777" w:rsidR="009B5B8E" w:rsidRDefault="009B5B8E"/>
        </w:tc>
      </w:tr>
    </w:tbl>
    <w:p w14:paraId="01B9BFE2" w14:textId="77777777" w:rsidR="00DC153F" w:rsidRDefault="00DC153F">
      <w:pPr>
        <w:rPr>
          <w:b/>
          <w:color w:val="FF7F00"/>
          <w:sz w:val="28"/>
        </w:rPr>
      </w:pPr>
    </w:p>
    <w:p w14:paraId="445A7E44" w14:textId="2F699D06" w:rsidR="009B5B8E" w:rsidRDefault="00A22690">
      <w:r>
        <w:rPr>
          <w:b/>
          <w:color w:val="FF7F00"/>
          <w:sz w:val="28"/>
        </w:rPr>
        <w:lastRenderedPageBreak/>
        <w:t>4. PROJECT OVERVIEW</w:t>
      </w:r>
    </w:p>
    <w:p w14:paraId="5EAAD1BD" w14:textId="77777777" w:rsidR="009B5B8E" w:rsidRDefault="00A22690">
      <w:r>
        <w:t>Project 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9048742" w14:textId="77777777" w:rsidTr="00DC153F">
        <w:trPr>
          <w:trHeight w:val="701"/>
        </w:trPr>
        <w:tc>
          <w:tcPr>
            <w:tcW w:w="8640" w:type="dxa"/>
          </w:tcPr>
          <w:p w14:paraId="5A3D3419" w14:textId="77777777" w:rsidR="009B5B8E" w:rsidRDefault="009B5B8E"/>
        </w:tc>
      </w:tr>
    </w:tbl>
    <w:p w14:paraId="3DC5E98F" w14:textId="77777777" w:rsidR="009B5B8E" w:rsidRDefault="00A22690">
      <w:r>
        <w:t>Project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2834832" w14:textId="77777777" w:rsidTr="00DC153F">
        <w:trPr>
          <w:trHeight w:val="800"/>
        </w:trPr>
        <w:tc>
          <w:tcPr>
            <w:tcW w:w="8640" w:type="dxa"/>
          </w:tcPr>
          <w:p w14:paraId="6C9DF314" w14:textId="77777777" w:rsidR="009B5B8E" w:rsidRDefault="009B5B8E"/>
        </w:tc>
      </w:tr>
    </w:tbl>
    <w:p w14:paraId="01755872" w14:textId="77777777" w:rsidR="009B5B8E" w:rsidRDefault="00A22690">
      <w:r>
        <w:t>Parcel Number(s):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4F1B7B63" w14:textId="77777777" w:rsidTr="00DC153F">
        <w:trPr>
          <w:trHeight w:val="782"/>
        </w:trPr>
        <w:tc>
          <w:tcPr>
            <w:tcW w:w="8640" w:type="dxa"/>
          </w:tcPr>
          <w:p w14:paraId="0DCEBC53" w14:textId="77777777" w:rsidR="009B5B8E" w:rsidRDefault="009B5B8E"/>
        </w:tc>
      </w:tr>
    </w:tbl>
    <w:p w14:paraId="6C59575D" w14:textId="77777777" w:rsidR="009B5B8E" w:rsidRDefault="00A22690">
      <w:r>
        <w:t>Project Type (check all that apply):</w:t>
      </w:r>
    </w:p>
    <w:p w14:paraId="3A798B5D" w14:textId="77777777" w:rsidR="009B5B8E" w:rsidRDefault="00A22690">
      <w:pPr>
        <w:ind w:left="280"/>
      </w:pPr>
      <w:r>
        <w:t>☐ Single-family new construction</w:t>
      </w:r>
    </w:p>
    <w:p w14:paraId="63E43CEF" w14:textId="77777777" w:rsidR="009B5B8E" w:rsidRDefault="00A22690">
      <w:pPr>
        <w:ind w:left="280"/>
      </w:pPr>
      <w:r>
        <w:t>☐ Infill housing</w:t>
      </w:r>
    </w:p>
    <w:p w14:paraId="460287F9" w14:textId="77777777" w:rsidR="009B5B8E" w:rsidRDefault="00A22690">
      <w:pPr>
        <w:ind w:left="280"/>
      </w:pPr>
      <w:r>
        <w:t>☐ Residential rehab</w:t>
      </w:r>
    </w:p>
    <w:p w14:paraId="6A272B8E" w14:textId="77777777" w:rsidR="009B5B8E" w:rsidRDefault="00A22690">
      <w:pPr>
        <w:ind w:left="280"/>
      </w:pPr>
      <w:r>
        <w:t>☐ Duplex/multi-unit (1–4 units)</w:t>
      </w:r>
    </w:p>
    <w:p w14:paraId="7BBEC717" w14:textId="77777777" w:rsidR="009B5B8E" w:rsidRDefault="00A22690">
      <w:pPr>
        <w:ind w:left="280"/>
      </w:pPr>
      <w:r>
        <w:t>☐ Subdivision/lot development</w:t>
      </w:r>
    </w:p>
    <w:p w14:paraId="60E8BBC2" w14:textId="77777777" w:rsidR="009B5B8E" w:rsidRDefault="00A22690">
      <w:pPr>
        <w:ind w:left="280"/>
      </w:pPr>
      <w:r>
        <w:t>☐ Spec home build</w:t>
      </w:r>
    </w:p>
    <w:p w14:paraId="5B77EBCC" w14:textId="00CE8782" w:rsidR="009B5B8E" w:rsidRDefault="00A22690">
      <w:pPr>
        <w:ind w:left="280"/>
      </w:pPr>
      <w:r>
        <w:t>☐ Affordable housing</w:t>
      </w:r>
      <w:r w:rsidR="00B953F4">
        <w:t xml:space="preserve"> (30</w:t>
      </w:r>
      <w:r w:rsidR="005C7813">
        <w:t>-60% AMI)</w:t>
      </w:r>
    </w:p>
    <w:p w14:paraId="229DE7A6" w14:textId="77777777" w:rsidR="009B5B8E" w:rsidRDefault="00A22690">
      <w:pPr>
        <w:ind w:left="280"/>
      </w:pPr>
      <w:r>
        <w:t>☐ Market-rate housing</w:t>
      </w:r>
    </w:p>
    <w:p w14:paraId="1ECC8C6B" w14:textId="77777777" w:rsidR="009B5B8E" w:rsidRDefault="00A22690">
      <w:r>
        <w:t>Number of Units: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</w:tblGrid>
      <w:tr w:rsidR="009B5B8E" w14:paraId="63450801" w14:textId="77777777" w:rsidTr="00DC153F">
        <w:tc>
          <w:tcPr>
            <w:tcW w:w="1908" w:type="dxa"/>
          </w:tcPr>
          <w:p w14:paraId="2833B8CB" w14:textId="77777777" w:rsidR="009B5B8E" w:rsidRDefault="009B5B8E"/>
        </w:tc>
      </w:tr>
    </w:tbl>
    <w:p w14:paraId="6A50FA68" w14:textId="77777777" w:rsidR="009B5B8E" w:rsidRDefault="00A22690">
      <w:r>
        <w:t>Approximate Square Footage (total or per unit):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</w:tblGrid>
      <w:tr w:rsidR="009B5B8E" w14:paraId="7A6BC521" w14:textId="77777777" w:rsidTr="00DC153F">
        <w:tc>
          <w:tcPr>
            <w:tcW w:w="1908" w:type="dxa"/>
          </w:tcPr>
          <w:p w14:paraId="3FA36523" w14:textId="77777777" w:rsidR="009B5B8E" w:rsidRDefault="009B5B8E"/>
        </w:tc>
      </w:tr>
    </w:tbl>
    <w:p w14:paraId="44FB3BE4" w14:textId="1DA62079" w:rsidR="009B5B8E" w:rsidRDefault="00A22690">
      <w:r>
        <w:t>Project Description: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2060C4C0" w14:textId="77777777" w:rsidTr="00DC153F">
        <w:trPr>
          <w:trHeight w:val="2168"/>
        </w:trPr>
        <w:tc>
          <w:tcPr>
            <w:tcW w:w="8640" w:type="dxa"/>
          </w:tcPr>
          <w:p w14:paraId="75357F47" w14:textId="77777777" w:rsidR="009B5B8E" w:rsidRDefault="009B5B8E"/>
        </w:tc>
      </w:tr>
    </w:tbl>
    <w:p w14:paraId="3B68BA44" w14:textId="77777777" w:rsidR="009B5B8E" w:rsidRDefault="00A22690">
      <w:r>
        <w:t>Community Benefits:</w:t>
      </w:r>
    </w:p>
    <w:p w14:paraId="3BBE853D" w14:textId="77777777" w:rsidR="009B5B8E" w:rsidRDefault="00A22690">
      <w:pPr>
        <w:ind w:left="280"/>
      </w:pPr>
      <w:r>
        <w:t>☐ Addresses housing shortage</w:t>
      </w:r>
    </w:p>
    <w:p w14:paraId="170A5A64" w14:textId="77777777" w:rsidR="009B5B8E" w:rsidRDefault="00A22690">
      <w:pPr>
        <w:ind w:left="280"/>
      </w:pPr>
      <w:r>
        <w:t>☐ Improves neighborhood conditions</w:t>
      </w:r>
    </w:p>
    <w:p w14:paraId="033A7105" w14:textId="77777777" w:rsidR="009B5B8E" w:rsidRDefault="00A22690">
      <w:pPr>
        <w:ind w:left="280"/>
      </w:pPr>
      <w:r>
        <w:t>☐ Supports workforce housing</w:t>
      </w:r>
    </w:p>
    <w:p w14:paraId="740E7340" w14:textId="77777777" w:rsidR="009B5B8E" w:rsidRDefault="00A22690">
      <w:pPr>
        <w:ind w:left="280"/>
      </w:pPr>
      <w:r>
        <w:t>☐ Increases property values</w:t>
      </w:r>
    </w:p>
    <w:p w14:paraId="6968656C" w14:textId="77777777" w:rsidR="009B5B8E" w:rsidRDefault="00A22690">
      <w:pPr>
        <w:ind w:left="280"/>
      </w:pPr>
      <w:r>
        <w:t>☐ Revitalizes vacant/underutilized lots</w:t>
      </w:r>
    </w:p>
    <w:p w14:paraId="60489C24" w14:textId="77777777" w:rsidR="00DC153F" w:rsidRDefault="00DC153F">
      <w:pPr>
        <w:rPr>
          <w:b/>
          <w:color w:val="FF7F00"/>
          <w:sz w:val="28"/>
        </w:rPr>
      </w:pPr>
    </w:p>
    <w:p w14:paraId="6507C4DC" w14:textId="4E02E644" w:rsidR="009B5B8E" w:rsidRDefault="00A22690">
      <w:r>
        <w:rPr>
          <w:b/>
          <w:color w:val="FF7F00"/>
          <w:sz w:val="28"/>
        </w:rPr>
        <w:t>5. PROJECT TEAM</w:t>
      </w:r>
    </w:p>
    <w:p w14:paraId="761829F3" w14:textId="77777777" w:rsidR="009B5B8E" w:rsidRDefault="00A22690">
      <w:r>
        <w:t>General Contractor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548D33E" w14:textId="77777777" w:rsidTr="00DC153F">
        <w:trPr>
          <w:trHeight w:val="629"/>
        </w:trPr>
        <w:tc>
          <w:tcPr>
            <w:tcW w:w="8640" w:type="dxa"/>
          </w:tcPr>
          <w:p w14:paraId="180E3D0D" w14:textId="77777777" w:rsidR="009B5B8E" w:rsidRDefault="009B5B8E"/>
        </w:tc>
      </w:tr>
    </w:tbl>
    <w:p w14:paraId="05DCE238" w14:textId="77777777" w:rsidR="009B5B8E" w:rsidRDefault="00A22690">
      <w:r>
        <w:t>Architect/Engineer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F9B0A8B" w14:textId="77777777" w:rsidTr="00DC153F">
        <w:trPr>
          <w:trHeight w:val="746"/>
        </w:trPr>
        <w:tc>
          <w:tcPr>
            <w:tcW w:w="8640" w:type="dxa"/>
          </w:tcPr>
          <w:p w14:paraId="05DF3904" w14:textId="77777777" w:rsidR="009B5B8E" w:rsidRDefault="009B5B8E"/>
        </w:tc>
      </w:tr>
    </w:tbl>
    <w:p w14:paraId="59F06A42" w14:textId="77777777" w:rsidR="009B5B8E" w:rsidRDefault="00A22690">
      <w:r>
        <w:t>Surveyor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8283C92" w14:textId="77777777" w:rsidTr="00DC153F">
        <w:trPr>
          <w:trHeight w:val="728"/>
        </w:trPr>
        <w:tc>
          <w:tcPr>
            <w:tcW w:w="8640" w:type="dxa"/>
          </w:tcPr>
          <w:p w14:paraId="7729582A" w14:textId="77777777" w:rsidR="009B5B8E" w:rsidRDefault="009B5B8E"/>
        </w:tc>
      </w:tr>
    </w:tbl>
    <w:p w14:paraId="0AA86384" w14:textId="77777777" w:rsidR="009B5B8E" w:rsidRDefault="00A22690">
      <w:r>
        <w:t>Insurance Agent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4C65424" w14:textId="77777777" w:rsidTr="00DC153F">
        <w:trPr>
          <w:trHeight w:val="656"/>
        </w:trPr>
        <w:tc>
          <w:tcPr>
            <w:tcW w:w="8640" w:type="dxa"/>
          </w:tcPr>
          <w:p w14:paraId="78FE7473" w14:textId="77777777" w:rsidR="009B5B8E" w:rsidRDefault="009B5B8E"/>
        </w:tc>
      </w:tr>
    </w:tbl>
    <w:p w14:paraId="5796C65D" w14:textId="77777777" w:rsidR="009B5B8E" w:rsidRDefault="00A22690">
      <w:r>
        <w:t>Attorney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3E171D5B" w14:textId="77777777" w:rsidTr="00DC153F">
        <w:trPr>
          <w:trHeight w:val="737"/>
        </w:trPr>
        <w:tc>
          <w:tcPr>
            <w:tcW w:w="8640" w:type="dxa"/>
          </w:tcPr>
          <w:p w14:paraId="4E44BD18" w14:textId="77777777" w:rsidR="009B5B8E" w:rsidRDefault="009B5B8E"/>
        </w:tc>
      </w:tr>
    </w:tbl>
    <w:p w14:paraId="17CE0B85" w14:textId="77777777" w:rsidR="009B5B8E" w:rsidRDefault="00A22690">
      <w:r>
        <w:t>Accountant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42D0242" w14:textId="77777777" w:rsidTr="00DC153F">
        <w:trPr>
          <w:trHeight w:val="620"/>
        </w:trPr>
        <w:tc>
          <w:tcPr>
            <w:tcW w:w="8640" w:type="dxa"/>
          </w:tcPr>
          <w:p w14:paraId="569CB087" w14:textId="77777777" w:rsidR="009B5B8E" w:rsidRDefault="009B5B8E"/>
        </w:tc>
      </w:tr>
    </w:tbl>
    <w:p w14:paraId="3ECE440F" w14:textId="77777777" w:rsidR="00DC153F" w:rsidRDefault="00DC153F">
      <w:pPr>
        <w:rPr>
          <w:b/>
          <w:color w:val="FF7F00"/>
          <w:sz w:val="28"/>
        </w:rPr>
      </w:pPr>
    </w:p>
    <w:p w14:paraId="5DBC884C" w14:textId="5C9AEEF6" w:rsidR="009B5B8E" w:rsidRDefault="00A22690">
      <w:r>
        <w:rPr>
          <w:b/>
          <w:color w:val="FF7F00"/>
          <w:sz w:val="28"/>
        </w:rPr>
        <w:t>6. PROJECT BUDGET &amp; COST DETAILS</w:t>
      </w:r>
    </w:p>
    <w:p w14:paraId="24C5C226" w14:textId="77777777" w:rsidR="009B5B8E" w:rsidRDefault="00A22690">
      <w:r>
        <w:t>Land Acquisition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4B4EC74A" w14:textId="77777777" w:rsidTr="00DC153F">
        <w:trPr>
          <w:trHeight w:val="440"/>
        </w:trPr>
        <w:tc>
          <w:tcPr>
            <w:tcW w:w="2538" w:type="dxa"/>
          </w:tcPr>
          <w:p w14:paraId="51B5ECEB" w14:textId="77777777" w:rsidR="009B5B8E" w:rsidRDefault="009B5B8E"/>
        </w:tc>
      </w:tr>
    </w:tbl>
    <w:p w14:paraId="28404C82" w14:textId="77777777" w:rsidR="009B5B8E" w:rsidRDefault="00A22690">
      <w:r>
        <w:t>Site Prep / Excavation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05FEADA4" w14:textId="77777777" w:rsidTr="00DC153F">
        <w:trPr>
          <w:trHeight w:val="476"/>
        </w:trPr>
        <w:tc>
          <w:tcPr>
            <w:tcW w:w="2538" w:type="dxa"/>
          </w:tcPr>
          <w:p w14:paraId="45C3DCE9" w14:textId="77777777" w:rsidR="009B5B8E" w:rsidRDefault="009B5B8E"/>
        </w:tc>
      </w:tr>
    </w:tbl>
    <w:p w14:paraId="16581BA3" w14:textId="77777777" w:rsidR="009B5B8E" w:rsidRDefault="00A22690">
      <w:r>
        <w:t>Foundation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36E7A651" w14:textId="77777777" w:rsidTr="00DC153F">
        <w:trPr>
          <w:trHeight w:val="467"/>
        </w:trPr>
        <w:tc>
          <w:tcPr>
            <w:tcW w:w="2538" w:type="dxa"/>
          </w:tcPr>
          <w:p w14:paraId="4D28F263" w14:textId="77777777" w:rsidR="009B5B8E" w:rsidRDefault="009B5B8E"/>
        </w:tc>
      </w:tr>
    </w:tbl>
    <w:p w14:paraId="6FE44FE8" w14:textId="77777777" w:rsidR="009B5B8E" w:rsidRDefault="00A22690">
      <w:r>
        <w:t>Framing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6C6E7E7C" w14:textId="77777777" w:rsidTr="00DC153F">
        <w:trPr>
          <w:trHeight w:val="440"/>
        </w:trPr>
        <w:tc>
          <w:tcPr>
            <w:tcW w:w="2538" w:type="dxa"/>
          </w:tcPr>
          <w:p w14:paraId="24DA795C" w14:textId="77777777" w:rsidR="009B5B8E" w:rsidRDefault="009B5B8E"/>
        </w:tc>
      </w:tr>
    </w:tbl>
    <w:p w14:paraId="65F7407F" w14:textId="77777777" w:rsidR="009B5B8E" w:rsidRDefault="00A22690">
      <w:r>
        <w:t>Electrical / Plumbing / HVAC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0FFD86E7" w14:textId="77777777" w:rsidTr="00DC153F">
        <w:trPr>
          <w:trHeight w:val="467"/>
        </w:trPr>
        <w:tc>
          <w:tcPr>
            <w:tcW w:w="2538" w:type="dxa"/>
          </w:tcPr>
          <w:p w14:paraId="5972463D" w14:textId="77777777" w:rsidR="009B5B8E" w:rsidRDefault="009B5B8E"/>
        </w:tc>
      </w:tr>
    </w:tbl>
    <w:p w14:paraId="0C2CFF3F" w14:textId="77777777" w:rsidR="009B5B8E" w:rsidRDefault="00A22690">
      <w:r>
        <w:t>Roofing / Exterior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4684D065" w14:textId="77777777" w:rsidTr="00DC153F">
        <w:trPr>
          <w:trHeight w:val="476"/>
        </w:trPr>
        <w:tc>
          <w:tcPr>
            <w:tcW w:w="2538" w:type="dxa"/>
          </w:tcPr>
          <w:p w14:paraId="3548D79F" w14:textId="77777777" w:rsidR="009B5B8E" w:rsidRDefault="009B5B8E"/>
        </w:tc>
      </w:tr>
    </w:tbl>
    <w:p w14:paraId="703B802A" w14:textId="77777777" w:rsidR="009B5B8E" w:rsidRDefault="00A22690">
      <w:r>
        <w:t>Interior Finishes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596C0BC5" w14:textId="77777777" w:rsidTr="00DC153F">
        <w:trPr>
          <w:trHeight w:val="476"/>
        </w:trPr>
        <w:tc>
          <w:tcPr>
            <w:tcW w:w="2538" w:type="dxa"/>
          </w:tcPr>
          <w:p w14:paraId="35B0C46B" w14:textId="77777777" w:rsidR="009B5B8E" w:rsidRDefault="009B5B8E"/>
        </w:tc>
      </w:tr>
    </w:tbl>
    <w:p w14:paraId="210C68AC" w14:textId="77777777" w:rsidR="009B5B8E" w:rsidRDefault="00A22690">
      <w:r>
        <w:t>Appliances / Fixtures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65841F8D" w14:textId="77777777" w:rsidTr="00DC153F">
        <w:trPr>
          <w:trHeight w:val="467"/>
        </w:trPr>
        <w:tc>
          <w:tcPr>
            <w:tcW w:w="2538" w:type="dxa"/>
          </w:tcPr>
          <w:p w14:paraId="74185BBC" w14:textId="77777777" w:rsidR="009B5B8E" w:rsidRDefault="009B5B8E"/>
        </w:tc>
      </w:tr>
    </w:tbl>
    <w:p w14:paraId="18BB3F90" w14:textId="77777777" w:rsidR="009B5B8E" w:rsidRDefault="00A22690">
      <w:r>
        <w:t>Soft Costs (permits, engineering)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391A5D40" w14:textId="77777777" w:rsidTr="00DC153F">
        <w:trPr>
          <w:trHeight w:val="386"/>
        </w:trPr>
        <w:tc>
          <w:tcPr>
            <w:tcW w:w="2538" w:type="dxa"/>
          </w:tcPr>
          <w:p w14:paraId="62823AE5" w14:textId="77777777" w:rsidR="009B5B8E" w:rsidRDefault="009B5B8E"/>
        </w:tc>
      </w:tr>
    </w:tbl>
    <w:p w14:paraId="437835F8" w14:textId="77777777" w:rsidR="009B5B8E" w:rsidRDefault="00A22690">
      <w:r>
        <w:t>Contingency (10%)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2B2563F3" w14:textId="77777777" w:rsidTr="00DC153F">
        <w:trPr>
          <w:trHeight w:val="440"/>
        </w:trPr>
        <w:tc>
          <w:tcPr>
            <w:tcW w:w="2538" w:type="dxa"/>
          </w:tcPr>
          <w:p w14:paraId="75BB3D23" w14:textId="77777777" w:rsidR="009B5B8E" w:rsidRDefault="009B5B8E"/>
        </w:tc>
      </w:tr>
    </w:tbl>
    <w:p w14:paraId="54781B0C" w14:textId="77777777" w:rsidR="009B5B8E" w:rsidRDefault="00A22690">
      <w:r>
        <w:t>TOTAL PROJECT COST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3F89143A" w14:textId="77777777" w:rsidTr="00DC153F">
        <w:trPr>
          <w:trHeight w:val="467"/>
        </w:trPr>
        <w:tc>
          <w:tcPr>
            <w:tcW w:w="2538" w:type="dxa"/>
          </w:tcPr>
          <w:p w14:paraId="1EB276ED" w14:textId="77777777" w:rsidR="009B5B8E" w:rsidRDefault="009B5B8E"/>
        </w:tc>
      </w:tr>
    </w:tbl>
    <w:p w14:paraId="08D9BC68" w14:textId="77777777" w:rsidR="009B5B8E" w:rsidRDefault="00A22690">
      <w:r>
        <w:t>Projected Sale Price / Appraised Value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1D80DBD3" w14:textId="77777777" w:rsidTr="00DC153F">
        <w:trPr>
          <w:trHeight w:val="386"/>
        </w:trPr>
        <w:tc>
          <w:tcPr>
            <w:tcW w:w="2538" w:type="dxa"/>
          </w:tcPr>
          <w:p w14:paraId="241D9243" w14:textId="77777777" w:rsidR="009B5B8E" w:rsidRDefault="009B5B8E"/>
        </w:tc>
      </w:tr>
    </w:tbl>
    <w:p w14:paraId="737DEC11" w14:textId="77777777" w:rsidR="009B5B8E" w:rsidRDefault="00A22690">
      <w:r>
        <w:t>Projected Net Margin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73A710D1" w14:textId="77777777" w:rsidTr="00DC153F">
        <w:trPr>
          <w:trHeight w:val="386"/>
        </w:trPr>
        <w:tc>
          <w:tcPr>
            <w:tcW w:w="2538" w:type="dxa"/>
          </w:tcPr>
          <w:p w14:paraId="40D62DC7" w14:textId="77777777" w:rsidR="009B5B8E" w:rsidRDefault="009B5B8E"/>
        </w:tc>
      </w:tr>
    </w:tbl>
    <w:p w14:paraId="02855525" w14:textId="77777777" w:rsidR="00DC153F" w:rsidRDefault="00DC153F">
      <w:pPr>
        <w:rPr>
          <w:b/>
          <w:color w:val="FF7F00"/>
          <w:sz w:val="28"/>
        </w:rPr>
      </w:pPr>
    </w:p>
    <w:p w14:paraId="6B3D26D9" w14:textId="0A15D47C" w:rsidR="009B5B8E" w:rsidRDefault="00A22690">
      <w:r>
        <w:rPr>
          <w:b/>
          <w:color w:val="FF7F00"/>
          <w:sz w:val="28"/>
        </w:rPr>
        <w:t>7. PROJECT TIMELINE</w:t>
      </w:r>
    </w:p>
    <w:p w14:paraId="240835AA" w14:textId="77777777" w:rsidR="009B5B8E" w:rsidRDefault="00A22690">
      <w:r>
        <w:t>Start of Construction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0A931EAD" w14:textId="77777777" w:rsidTr="0060153C">
        <w:trPr>
          <w:trHeight w:val="494"/>
        </w:trPr>
        <w:tc>
          <w:tcPr>
            <w:tcW w:w="4698" w:type="dxa"/>
          </w:tcPr>
          <w:p w14:paraId="69FF84B6" w14:textId="77777777" w:rsidR="009B5B8E" w:rsidRDefault="009B5B8E"/>
        </w:tc>
      </w:tr>
    </w:tbl>
    <w:p w14:paraId="490C7D2F" w14:textId="77777777" w:rsidR="009B5B8E" w:rsidRDefault="00A22690">
      <w:r>
        <w:t>Framing Complete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3933D462" w14:textId="77777777" w:rsidTr="0060153C">
        <w:trPr>
          <w:trHeight w:val="467"/>
        </w:trPr>
        <w:tc>
          <w:tcPr>
            <w:tcW w:w="4698" w:type="dxa"/>
          </w:tcPr>
          <w:p w14:paraId="7F2B3F99" w14:textId="77777777" w:rsidR="009B5B8E" w:rsidRDefault="009B5B8E"/>
        </w:tc>
      </w:tr>
    </w:tbl>
    <w:p w14:paraId="14677A90" w14:textId="77777777" w:rsidR="009B5B8E" w:rsidRDefault="00A22690">
      <w:r>
        <w:t>Utilities Installed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7D8DCB25" w14:textId="77777777" w:rsidTr="0060153C">
        <w:trPr>
          <w:trHeight w:val="467"/>
        </w:trPr>
        <w:tc>
          <w:tcPr>
            <w:tcW w:w="4698" w:type="dxa"/>
          </w:tcPr>
          <w:p w14:paraId="60D59A50" w14:textId="77777777" w:rsidR="009B5B8E" w:rsidRDefault="009B5B8E"/>
        </w:tc>
      </w:tr>
    </w:tbl>
    <w:p w14:paraId="43B753B6" w14:textId="77777777" w:rsidR="009B5B8E" w:rsidRDefault="00A22690">
      <w:r>
        <w:t>Interior Complete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5C3D0632" w14:textId="77777777" w:rsidTr="0060153C">
        <w:trPr>
          <w:trHeight w:val="476"/>
        </w:trPr>
        <w:tc>
          <w:tcPr>
            <w:tcW w:w="4698" w:type="dxa"/>
          </w:tcPr>
          <w:p w14:paraId="6B133DF6" w14:textId="77777777" w:rsidR="009B5B8E" w:rsidRDefault="009B5B8E"/>
        </w:tc>
      </w:tr>
    </w:tbl>
    <w:p w14:paraId="2C238182" w14:textId="77777777" w:rsidR="009B5B8E" w:rsidRDefault="00A22690">
      <w:r>
        <w:t>Final Inspection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5EE5AF38" w14:textId="77777777" w:rsidTr="0060153C">
        <w:trPr>
          <w:trHeight w:val="485"/>
        </w:trPr>
        <w:tc>
          <w:tcPr>
            <w:tcW w:w="4698" w:type="dxa"/>
          </w:tcPr>
          <w:p w14:paraId="692C2DCB" w14:textId="77777777" w:rsidR="009B5B8E" w:rsidRDefault="009B5B8E"/>
        </w:tc>
      </w:tr>
    </w:tbl>
    <w:p w14:paraId="2C7FD575" w14:textId="77777777" w:rsidR="009B5B8E" w:rsidRDefault="00A22690">
      <w:r>
        <w:t>Sale/Occupancy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2E5E118C" w14:textId="77777777" w:rsidTr="0060153C">
        <w:trPr>
          <w:trHeight w:val="476"/>
        </w:trPr>
        <w:tc>
          <w:tcPr>
            <w:tcW w:w="4698" w:type="dxa"/>
          </w:tcPr>
          <w:p w14:paraId="3F2CA260" w14:textId="77777777" w:rsidR="009B5B8E" w:rsidRDefault="009B5B8E"/>
        </w:tc>
      </w:tr>
    </w:tbl>
    <w:p w14:paraId="79982183" w14:textId="77777777" w:rsidR="00DC153F" w:rsidRDefault="00DC153F">
      <w:pPr>
        <w:rPr>
          <w:b/>
          <w:color w:val="FF7F00"/>
          <w:sz w:val="28"/>
        </w:rPr>
      </w:pPr>
    </w:p>
    <w:p w14:paraId="0CB91B24" w14:textId="77777777" w:rsidR="0060153C" w:rsidRDefault="0060153C">
      <w:pPr>
        <w:rPr>
          <w:b/>
          <w:color w:val="FF7F00"/>
          <w:sz w:val="28"/>
        </w:rPr>
      </w:pPr>
    </w:p>
    <w:p w14:paraId="6E7562A1" w14:textId="77777777" w:rsidR="0060153C" w:rsidRDefault="0060153C">
      <w:pPr>
        <w:rPr>
          <w:b/>
          <w:color w:val="FF7F00"/>
          <w:sz w:val="28"/>
        </w:rPr>
      </w:pPr>
    </w:p>
    <w:p w14:paraId="69D3E513" w14:textId="3452FB09" w:rsidR="009B5B8E" w:rsidRDefault="00A22690">
      <w:r>
        <w:rPr>
          <w:b/>
          <w:color w:val="FF7F00"/>
          <w:sz w:val="28"/>
        </w:rPr>
        <w:lastRenderedPageBreak/>
        <w:t>8. FINANCING REQUEST</w:t>
      </w:r>
    </w:p>
    <w:p w14:paraId="0107F31B" w14:textId="77777777" w:rsidR="009B5B8E" w:rsidRDefault="00A22690">
      <w:r>
        <w:t>Loan Amount Requested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</w:tblGrid>
      <w:tr w:rsidR="009B5B8E" w14:paraId="674E6EA3" w14:textId="77777777" w:rsidTr="0060153C">
        <w:trPr>
          <w:trHeight w:val="539"/>
        </w:trPr>
        <w:tc>
          <w:tcPr>
            <w:tcW w:w="3078" w:type="dxa"/>
          </w:tcPr>
          <w:p w14:paraId="2906072F" w14:textId="77777777" w:rsidR="009B5B8E" w:rsidRDefault="009B5B8E"/>
        </w:tc>
      </w:tr>
    </w:tbl>
    <w:p w14:paraId="46F76361" w14:textId="77777777" w:rsidR="009B5B8E" w:rsidRDefault="00A22690">
      <w:r>
        <w:t>Desired Term (max 7 years):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</w:tblGrid>
      <w:tr w:rsidR="009B5B8E" w14:paraId="3F2AD5E0" w14:textId="77777777" w:rsidTr="0060153C">
        <w:trPr>
          <w:trHeight w:val="476"/>
        </w:trPr>
        <w:tc>
          <w:tcPr>
            <w:tcW w:w="3078" w:type="dxa"/>
          </w:tcPr>
          <w:p w14:paraId="1BAC61A6" w14:textId="77777777" w:rsidR="009B5B8E" w:rsidRDefault="009B5B8E"/>
        </w:tc>
      </w:tr>
    </w:tbl>
    <w:p w14:paraId="695BD188" w14:textId="77777777" w:rsidR="009B5B8E" w:rsidRDefault="00A22690">
      <w:r>
        <w:t>Loan Use (check all that apply):</w:t>
      </w:r>
    </w:p>
    <w:p w14:paraId="02824279" w14:textId="77777777" w:rsidR="009B5B8E" w:rsidRDefault="00A22690">
      <w:pPr>
        <w:ind w:left="280"/>
      </w:pPr>
      <w:r>
        <w:t>☐ Land acquisition</w:t>
      </w:r>
    </w:p>
    <w:p w14:paraId="5A3CDD4B" w14:textId="77777777" w:rsidR="009B5B8E" w:rsidRDefault="00A22690">
      <w:pPr>
        <w:ind w:left="280"/>
      </w:pPr>
      <w:r>
        <w:t>☐ Construction</w:t>
      </w:r>
    </w:p>
    <w:p w14:paraId="6C026F12" w14:textId="77777777" w:rsidR="009B5B8E" w:rsidRDefault="00A22690">
      <w:pPr>
        <w:ind w:left="280"/>
      </w:pPr>
      <w:r>
        <w:t>☐ Materials/equipment</w:t>
      </w:r>
    </w:p>
    <w:p w14:paraId="346BFACE" w14:textId="77777777" w:rsidR="009B5B8E" w:rsidRDefault="00A22690">
      <w:pPr>
        <w:ind w:left="280"/>
      </w:pPr>
      <w:r>
        <w:t>☐ Site development</w:t>
      </w:r>
    </w:p>
    <w:p w14:paraId="2D816EA7" w14:textId="77777777" w:rsidR="009B5B8E" w:rsidRDefault="00A22690">
      <w:pPr>
        <w:ind w:left="280"/>
      </w:pPr>
      <w:r>
        <w:t>☐ Rehab/renovation</w:t>
      </w:r>
    </w:p>
    <w:p w14:paraId="597ED0E3" w14:textId="77777777" w:rsidR="009B5B8E" w:rsidRDefault="00A22690">
      <w:pPr>
        <w:ind w:left="280"/>
      </w:pPr>
      <w:r>
        <w:t>☐ Soft costs</w:t>
      </w:r>
    </w:p>
    <w:p w14:paraId="71207498" w14:textId="77777777" w:rsidR="009B5B8E" w:rsidRDefault="00A22690">
      <w:pPr>
        <w:ind w:left="280"/>
      </w:pPr>
      <w:r>
        <w:t>☐ Other</w:t>
      </w:r>
    </w:p>
    <w:p w14:paraId="0525ED26" w14:textId="77777777" w:rsidR="009B5B8E" w:rsidRDefault="00A22690">
      <w:r>
        <w:t>Sources of contingency/backup funding: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8"/>
      </w:tblGrid>
      <w:tr w:rsidR="009B5B8E" w14:paraId="095663E7" w14:textId="77777777" w:rsidTr="0060153C">
        <w:trPr>
          <w:trHeight w:val="719"/>
        </w:trPr>
        <w:tc>
          <w:tcPr>
            <w:tcW w:w="4338" w:type="dxa"/>
          </w:tcPr>
          <w:p w14:paraId="1B077D16" w14:textId="77777777" w:rsidR="009B5B8E" w:rsidRDefault="009B5B8E"/>
        </w:tc>
      </w:tr>
    </w:tbl>
    <w:p w14:paraId="3264E9FB" w14:textId="77777777" w:rsidR="00DC153F" w:rsidRDefault="00DC153F">
      <w:pPr>
        <w:rPr>
          <w:b/>
          <w:color w:val="FF7F00"/>
          <w:sz w:val="28"/>
        </w:rPr>
      </w:pPr>
    </w:p>
    <w:p w14:paraId="52433D27" w14:textId="5C4A8889" w:rsidR="009B5B8E" w:rsidRDefault="00A22690">
      <w:r>
        <w:rPr>
          <w:b/>
          <w:color w:val="FF7F00"/>
          <w:sz w:val="28"/>
        </w:rPr>
        <w:t>9. REQUIRED ATTACHMENTS</w:t>
      </w:r>
    </w:p>
    <w:p w14:paraId="788DEFC2" w14:textId="77777777" w:rsidR="009B5B8E" w:rsidRDefault="00A22690">
      <w:r>
        <w:t>☐ Site control documentation</w:t>
      </w:r>
    </w:p>
    <w:p w14:paraId="7833E992" w14:textId="77777777" w:rsidR="009B5B8E" w:rsidRDefault="00A22690">
      <w:r>
        <w:t>☐ Construction plans/drawings</w:t>
      </w:r>
    </w:p>
    <w:p w14:paraId="7A948F3B" w14:textId="77777777" w:rsidR="009B5B8E" w:rsidRDefault="00A22690">
      <w:r>
        <w:t>☐ Project budget &amp; timeline</w:t>
      </w:r>
    </w:p>
    <w:p w14:paraId="3047BAC1" w14:textId="77777777" w:rsidR="009B5B8E" w:rsidRDefault="00A22690">
      <w:r>
        <w:t>☐ Proof of insurance / builder’s risk</w:t>
      </w:r>
    </w:p>
    <w:p w14:paraId="4AD43C61" w14:textId="77777777" w:rsidR="009B5B8E" w:rsidRDefault="00A22690">
      <w:r>
        <w:t>☐ Two years personal tax returns (owners)</w:t>
      </w:r>
    </w:p>
    <w:p w14:paraId="4B1D2CE7" w14:textId="77777777" w:rsidR="009B5B8E" w:rsidRDefault="00A22690">
      <w:r>
        <w:lastRenderedPageBreak/>
        <w:t>☐ Two years business tax returns (if applicable)</w:t>
      </w:r>
    </w:p>
    <w:p w14:paraId="395087B0" w14:textId="5F062646" w:rsidR="009B5B8E" w:rsidRDefault="00A22690">
      <w:r>
        <w:t>☐ Bank denial letter</w:t>
      </w:r>
      <w:r w:rsidR="009A45CE">
        <w:t>* (if applicable)</w:t>
      </w:r>
    </w:p>
    <w:p w14:paraId="617248BF" w14:textId="77777777" w:rsidR="009B5B8E" w:rsidRDefault="00A22690">
      <w:r>
        <w:t>☐ Credit authorization form</w:t>
      </w:r>
    </w:p>
    <w:p w14:paraId="785DB11C" w14:textId="77777777" w:rsidR="009B5B8E" w:rsidRDefault="00A22690">
      <w:r>
        <w:t>☐ Personal financial statement</w:t>
      </w:r>
    </w:p>
    <w:p w14:paraId="5E05B520" w14:textId="77777777" w:rsidR="00DC153F" w:rsidRDefault="00DC153F">
      <w:pPr>
        <w:rPr>
          <w:b/>
          <w:color w:val="FF7F00"/>
          <w:sz w:val="28"/>
        </w:rPr>
      </w:pPr>
    </w:p>
    <w:p w14:paraId="3D606453" w14:textId="6470FF79" w:rsidR="009B5B8E" w:rsidRDefault="00A22690">
      <w:r>
        <w:rPr>
          <w:b/>
          <w:color w:val="FF7F00"/>
          <w:sz w:val="28"/>
        </w:rPr>
        <w:t>10. CERTIFICATION</w:t>
      </w:r>
    </w:p>
    <w:p w14:paraId="35F5A662" w14:textId="77777777" w:rsidR="009B5B8E" w:rsidRDefault="00A22690">
      <w:r>
        <w:t>I certify that all information provided is true and complete to the best of my knowledge.</w:t>
      </w:r>
    </w:p>
    <w:p w14:paraId="2BFCDC76" w14:textId="77777777" w:rsidR="009B5B8E" w:rsidRDefault="00A22690">
      <w:r>
        <w:t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5924D845" w14:textId="77777777" w:rsidTr="0060153C">
        <w:trPr>
          <w:trHeight w:val="548"/>
        </w:trPr>
        <w:tc>
          <w:tcPr>
            <w:tcW w:w="5328" w:type="dxa"/>
          </w:tcPr>
          <w:p w14:paraId="1EA2730F" w14:textId="77777777" w:rsidR="009B5B8E" w:rsidRDefault="009B5B8E"/>
        </w:tc>
      </w:tr>
    </w:tbl>
    <w:p w14:paraId="7589B664" w14:textId="77777777" w:rsidR="009B5B8E" w:rsidRDefault="00A22690">
      <w:r>
        <w:t>Title: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5737E780" w14:textId="77777777" w:rsidTr="0060153C">
        <w:trPr>
          <w:trHeight w:val="575"/>
        </w:trPr>
        <w:tc>
          <w:tcPr>
            <w:tcW w:w="5328" w:type="dxa"/>
          </w:tcPr>
          <w:p w14:paraId="3F2706AD" w14:textId="77777777" w:rsidR="009B5B8E" w:rsidRDefault="009B5B8E"/>
        </w:tc>
      </w:tr>
    </w:tbl>
    <w:p w14:paraId="16B8EC60" w14:textId="77777777" w:rsidR="009B5B8E" w:rsidRDefault="00A22690">
      <w:r>
        <w:t>Signature /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6A075F59" w14:textId="77777777" w:rsidTr="0060153C">
        <w:trPr>
          <w:trHeight w:val="638"/>
        </w:trPr>
        <w:tc>
          <w:tcPr>
            <w:tcW w:w="5328" w:type="dxa"/>
          </w:tcPr>
          <w:p w14:paraId="4F50CE4E" w14:textId="77777777" w:rsidR="009B5B8E" w:rsidRDefault="009B5B8E"/>
        </w:tc>
      </w:tr>
    </w:tbl>
    <w:p w14:paraId="37E1D171" w14:textId="77777777" w:rsidR="00A22690" w:rsidRDefault="00A22690"/>
    <w:sectPr w:rsidR="00A22690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43BAC" w14:textId="77777777" w:rsidR="0015495A" w:rsidRDefault="0015495A">
      <w:pPr>
        <w:spacing w:after="0" w:line="240" w:lineRule="auto"/>
      </w:pPr>
      <w:r>
        <w:separator/>
      </w:r>
    </w:p>
  </w:endnote>
  <w:endnote w:type="continuationSeparator" w:id="0">
    <w:p w14:paraId="009CE048" w14:textId="77777777" w:rsidR="0015495A" w:rsidRDefault="00154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5AA37" w14:textId="77777777" w:rsidR="0015495A" w:rsidRDefault="0015495A">
      <w:pPr>
        <w:spacing w:after="0" w:line="240" w:lineRule="auto"/>
      </w:pPr>
      <w:r>
        <w:separator/>
      </w:r>
    </w:p>
  </w:footnote>
  <w:footnote w:type="continuationSeparator" w:id="0">
    <w:p w14:paraId="62A2A9D3" w14:textId="77777777" w:rsidR="0015495A" w:rsidRDefault="001549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94FB2" w14:textId="77777777" w:rsidR="009B5B8E" w:rsidRDefault="00A22690">
    <w:pPr>
      <w:pStyle w:val="Header"/>
      <w:jc w:val="center"/>
    </w:pPr>
    <w:r>
      <w:rPr>
        <w:noProof/>
      </w:rPr>
      <w:drawing>
        <wp:inline distT="0" distB="0" distL="0" distR="0" wp14:anchorId="00E92CC8" wp14:editId="0C67B120">
          <wp:extent cx="2286000" cy="60608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84ffd79-d769-45fa-8c03-7b2a57fc4af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6060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13256D" w14:textId="2071558D" w:rsidR="009B5B8E" w:rsidRDefault="00A22690">
    <w:pPr>
      <w:jc w:val="center"/>
    </w:pPr>
    <w:r>
      <w:rPr>
        <w:b/>
        <w:sz w:val="28"/>
      </w:rPr>
      <w:t xml:space="preserve">HOUSING </w:t>
    </w:r>
    <w:r w:rsidR="00CA7D75">
      <w:rPr>
        <w:b/>
        <w:sz w:val="28"/>
      </w:rPr>
      <w:t>D</w:t>
    </w:r>
    <w:r w:rsidR="00D76050">
      <w:rPr>
        <w:b/>
        <w:sz w:val="28"/>
      </w:rPr>
      <w:t xml:space="preserve">EVELOPMENT </w:t>
    </w:r>
    <w:r>
      <w:rPr>
        <w:b/>
        <w:sz w:val="28"/>
      </w:rPr>
      <w:t>REVOLVING LOAN FUND APPLICATION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9001179">
    <w:abstractNumId w:val="8"/>
  </w:num>
  <w:num w:numId="2" w16cid:durableId="1237596338">
    <w:abstractNumId w:val="6"/>
  </w:num>
  <w:num w:numId="3" w16cid:durableId="2013872767">
    <w:abstractNumId w:val="5"/>
  </w:num>
  <w:num w:numId="4" w16cid:durableId="183909363">
    <w:abstractNumId w:val="4"/>
  </w:num>
  <w:num w:numId="5" w16cid:durableId="1008943181">
    <w:abstractNumId w:val="7"/>
  </w:num>
  <w:num w:numId="6" w16cid:durableId="169150282">
    <w:abstractNumId w:val="3"/>
  </w:num>
  <w:num w:numId="7" w16cid:durableId="292519933">
    <w:abstractNumId w:val="2"/>
  </w:num>
  <w:num w:numId="8" w16cid:durableId="1401053558">
    <w:abstractNumId w:val="1"/>
  </w:num>
  <w:num w:numId="9" w16cid:durableId="260189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495A"/>
    <w:rsid w:val="001F5AF5"/>
    <w:rsid w:val="002078D2"/>
    <w:rsid w:val="00227909"/>
    <w:rsid w:val="0029639D"/>
    <w:rsid w:val="00326F90"/>
    <w:rsid w:val="00494FE2"/>
    <w:rsid w:val="004C11B2"/>
    <w:rsid w:val="005C7813"/>
    <w:rsid w:val="0060153C"/>
    <w:rsid w:val="0074596E"/>
    <w:rsid w:val="007B0BDB"/>
    <w:rsid w:val="007E0B50"/>
    <w:rsid w:val="0083526E"/>
    <w:rsid w:val="0085277B"/>
    <w:rsid w:val="008571CC"/>
    <w:rsid w:val="0092339C"/>
    <w:rsid w:val="009A45CE"/>
    <w:rsid w:val="009B5B8E"/>
    <w:rsid w:val="00A22690"/>
    <w:rsid w:val="00A46C5B"/>
    <w:rsid w:val="00AA1D8D"/>
    <w:rsid w:val="00B30DB0"/>
    <w:rsid w:val="00B47730"/>
    <w:rsid w:val="00B715FD"/>
    <w:rsid w:val="00B953F4"/>
    <w:rsid w:val="00BD2353"/>
    <w:rsid w:val="00CA7D75"/>
    <w:rsid w:val="00CB0664"/>
    <w:rsid w:val="00D16839"/>
    <w:rsid w:val="00D76050"/>
    <w:rsid w:val="00D870FD"/>
    <w:rsid w:val="00DC153F"/>
    <w:rsid w:val="00DD3349"/>
    <w:rsid w:val="00E701B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B857F3"/>
  <w14:defaultImageDpi w14:val="300"/>
  <w15:docId w15:val="{0A22EF9B-F335-C84F-B3FD-151EF24BD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5FD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463</Words>
  <Characters>2867</Characters>
  <Application>Microsoft Office Word</Application>
  <DocSecurity>0</DocSecurity>
  <Lines>179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Gabe Cheek</cp:lastModifiedBy>
  <cp:revision>2</cp:revision>
  <dcterms:created xsi:type="dcterms:W3CDTF">2025-12-11T19:45:00Z</dcterms:created>
  <dcterms:modified xsi:type="dcterms:W3CDTF">2026-05-07T15:11:00Z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7bffaa3-3be7-4b16-9c21-880cc89e2fef_Enabled">
    <vt:lpwstr>true</vt:lpwstr>
  </property>
  <property fmtid="{D5CDD505-2E9C-101B-9397-08002B2CF9AE}" pid="3" name="MSIP_Label_b7bffaa3-3be7-4b16-9c21-880cc89e2fef_SetDate">
    <vt:lpwstr>2025-12-11T19:43:42Z</vt:lpwstr>
  </property>
  <property fmtid="{D5CDD505-2E9C-101B-9397-08002B2CF9AE}" pid="4" name="MSIP_Label_b7bffaa3-3be7-4b16-9c21-880cc89e2fef_Method">
    <vt:lpwstr>Standard</vt:lpwstr>
  </property>
  <property fmtid="{D5CDD505-2E9C-101B-9397-08002B2CF9AE}" pid="5" name="MSIP_Label_b7bffaa3-3be7-4b16-9c21-880cc89e2fef_Name">
    <vt:lpwstr>Public</vt:lpwstr>
  </property>
  <property fmtid="{D5CDD505-2E9C-101B-9397-08002B2CF9AE}" pid="6" name="MSIP_Label_b7bffaa3-3be7-4b16-9c21-880cc89e2fef_SiteId">
    <vt:lpwstr>5082d86a-11b0-4492-9ab3-0b731603c75e</vt:lpwstr>
  </property>
  <property fmtid="{D5CDD505-2E9C-101B-9397-08002B2CF9AE}" pid="7" name="MSIP_Label_b7bffaa3-3be7-4b16-9c21-880cc89e2fef_ActionId">
    <vt:lpwstr>066aedb0-95be-4207-8aa8-5ce2d5ad2c86</vt:lpwstr>
  </property>
  <property fmtid="{D5CDD505-2E9C-101B-9397-08002B2CF9AE}" pid="8" name="MSIP_Label_b7bffaa3-3be7-4b16-9c21-880cc89e2fef_ContentBits">
    <vt:lpwstr>0</vt:lpwstr>
  </property>
  <property fmtid="{D5CDD505-2E9C-101B-9397-08002B2CF9AE}" pid="9" name="MSIP_Label_b7bffaa3-3be7-4b16-9c21-880cc89e2fef_Tag">
    <vt:lpwstr>10, 3, 0, 1</vt:lpwstr>
  </property>
</Properties>
</file>