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D23A4" w14:textId="77777777" w:rsidR="009B5B8E" w:rsidRDefault="009B5B8E"/>
    <w:p w14:paraId="021D1A02" w14:textId="77777777" w:rsidR="009B5B8E" w:rsidRDefault="00A22690">
      <w:r>
        <w:rPr>
          <w:b/>
          <w:color w:val="FF7F00"/>
          <w:sz w:val="28"/>
        </w:rPr>
        <w:t>1. ELIGIBILITY CHECKLIST</w:t>
      </w:r>
    </w:p>
    <w:p w14:paraId="4840864C" w14:textId="356F1C86" w:rsidR="00B715FD" w:rsidRDefault="00A22690">
      <w:r>
        <w:t xml:space="preserve">☐ Builder/developer </w:t>
      </w:r>
      <w:r w:rsidR="007B0BDB">
        <w:t>has proper local and state government approvals</w:t>
      </w:r>
      <w:r w:rsidR="009166D4">
        <w:t>.</w:t>
      </w:r>
    </w:p>
    <w:p w14:paraId="714D74BB" w14:textId="2E48825A" w:rsidR="00B715FD" w:rsidRDefault="00B715FD" w:rsidP="00B715FD">
      <w:r>
        <w:t xml:space="preserve">☐ Builder/developer meets minimum qualifications/certification requirements. </w:t>
      </w:r>
    </w:p>
    <w:p w14:paraId="62F41482" w14:textId="44617301" w:rsidR="009B5B8E" w:rsidRDefault="00B715FD">
      <w:r>
        <w:t xml:space="preserve">☐ </w:t>
      </w:r>
      <w:r w:rsidR="007E0B50">
        <w:t xml:space="preserve">The Project aligns with the Market Potential Analysis and has scoring committee approval. </w:t>
      </w:r>
    </w:p>
    <w:p w14:paraId="48C39F0F" w14:textId="77777777" w:rsidR="009B5B8E" w:rsidRDefault="00A22690">
      <w:r>
        <w:t>☐ Applicant has documentation of site control.</w:t>
      </w:r>
    </w:p>
    <w:p w14:paraId="13B9E881" w14:textId="77777777" w:rsidR="009B5B8E" w:rsidRDefault="00A22690">
      <w:r>
        <w:t>☐ Applicant can provide project budget, plans, and timeline.</w:t>
      </w:r>
    </w:p>
    <w:p w14:paraId="33C12DDA" w14:textId="77777777" w:rsidR="00DC153F" w:rsidRDefault="00DC153F">
      <w:pPr>
        <w:rPr>
          <w:b/>
          <w:color w:val="FF7F00"/>
          <w:sz w:val="28"/>
        </w:rPr>
      </w:pPr>
    </w:p>
    <w:p w14:paraId="5E195F79" w14:textId="12752961" w:rsidR="009B5B8E" w:rsidRDefault="00A22690">
      <w:r>
        <w:rPr>
          <w:b/>
          <w:color w:val="FF7F00"/>
          <w:sz w:val="28"/>
        </w:rPr>
        <w:t>2. APPLICANT INFORMATION</w:t>
      </w:r>
    </w:p>
    <w:p w14:paraId="0E709128" w14:textId="77777777" w:rsidR="009B5B8E" w:rsidRDefault="00A22690">
      <w:r>
        <w:t>Legal Name of Builder/Developer: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</w:tblGrid>
      <w:tr w:rsidR="009B5B8E" w14:paraId="595C0E42" w14:textId="77777777" w:rsidTr="00DC153F">
        <w:trPr>
          <w:trHeight w:val="476"/>
        </w:trPr>
        <w:tc>
          <w:tcPr>
            <w:tcW w:w="5058" w:type="dxa"/>
          </w:tcPr>
          <w:p w14:paraId="0F7D6A1A" w14:textId="77777777" w:rsidR="009B5B8E" w:rsidRDefault="009B5B8E"/>
        </w:tc>
      </w:tr>
    </w:tbl>
    <w:p w14:paraId="3B9BD743" w14:textId="4AE80B0F" w:rsidR="009B5B8E" w:rsidRDefault="00A22690">
      <w:r>
        <w:t>Primary Contact: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</w:tblGrid>
      <w:tr w:rsidR="009B5B8E" w14:paraId="1D252FF2" w14:textId="77777777" w:rsidTr="00DC153F">
        <w:trPr>
          <w:trHeight w:val="548"/>
        </w:trPr>
        <w:tc>
          <w:tcPr>
            <w:tcW w:w="5058" w:type="dxa"/>
          </w:tcPr>
          <w:p w14:paraId="649E04A6" w14:textId="77777777" w:rsidR="009B5B8E" w:rsidRDefault="009B5B8E"/>
        </w:tc>
      </w:tr>
    </w:tbl>
    <w:p w14:paraId="36AD1003" w14:textId="77777777" w:rsidR="009B5B8E" w:rsidRDefault="00A22690">
      <w:r>
        <w:t>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</w:tblGrid>
      <w:tr w:rsidR="009B5B8E" w14:paraId="079A8F31" w14:textId="77777777" w:rsidTr="00DC153F">
        <w:trPr>
          <w:trHeight w:val="575"/>
        </w:trPr>
        <w:tc>
          <w:tcPr>
            <w:tcW w:w="5058" w:type="dxa"/>
          </w:tcPr>
          <w:p w14:paraId="284C064D" w14:textId="77777777" w:rsidR="009B5B8E" w:rsidRDefault="009B5B8E"/>
        </w:tc>
      </w:tr>
    </w:tbl>
    <w:p w14:paraId="4F740EC3" w14:textId="77777777" w:rsidR="009B5B8E" w:rsidRDefault="00A22690">
      <w:r>
        <w:t>Phone: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</w:tblGrid>
      <w:tr w:rsidR="009B5B8E" w14:paraId="391D9D91" w14:textId="77777777" w:rsidTr="00DC153F">
        <w:trPr>
          <w:trHeight w:val="566"/>
        </w:trPr>
        <w:tc>
          <w:tcPr>
            <w:tcW w:w="5058" w:type="dxa"/>
          </w:tcPr>
          <w:p w14:paraId="32671F04" w14:textId="77777777" w:rsidR="009B5B8E" w:rsidRDefault="009B5B8E"/>
        </w:tc>
      </w:tr>
    </w:tbl>
    <w:p w14:paraId="40329799" w14:textId="77777777" w:rsidR="009B5B8E" w:rsidRDefault="00A22690">
      <w:r>
        <w:t>Email: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</w:tblGrid>
      <w:tr w:rsidR="009B5B8E" w14:paraId="2D9E0027" w14:textId="77777777" w:rsidTr="00DC153F">
        <w:trPr>
          <w:trHeight w:val="557"/>
        </w:trPr>
        <w:tc>
          <w:tcPr>
            <w:tcW w:w="5058" w:type="dxa"/>
          </w:tcPr>
          <w:p w14:paraId="6FEE8CD7" w14:textId="77777777" w:rsidR="009B5B8E" w:rsidRDefault="009B5B8E"/>
        </w:tc>
      </w:tr>
    </w:tbl>
    <w:p w14:paraId="2178AF50" w14:textId="77777777" w:rsidR="009B5B8E" w:rsidRDefault="00A22690">
      <w:r>
        <w:t>Website: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</w:tblGrid>
      <w:tr w:rsidR="009B5B8E" w:rsidRPr="00DC153F" w14:paraId="109AE662" w14:textId="77777777" w:rsidTr="00DC153F">
        <w:trPr>
          <w:trHeight w:val="566"/>
        </w:trPr>
        <w:tc>
          <w:tcPr>
            <w:tcW w:w="5058" w:type="dxa"/>
          </w:tcPr>
          <w:p w14:paraId="2DEA4D0E" w14:textId="28D09A41" w:rsidR="009B5B8E" w:rsidRPr="00DC153F" w:rsidRDefault="009B5B8E">
            <w:pPr>
              <w:rPr>
                <w:lang w:val="fr-CA"/>
              </w:rPr>
            </w:pPr>
          </w:p>
        </w:tc>
      </w:tr>
    </w:tbl>
    <w:p w14:paraId="2184FE57" w14:textId="77777777" w:rsidR="009B5B8E" w:rsidRDefault="00A22690">
      <w:r>
        <w:t>Physical Address: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</w:tblGrid>
      <w:tr w:rsidR="009B5B8E" w14:paraId="4DCCD039" w14:textId="77777777" w:rsidTr="00DC153F">
        <w:trPr>
          <w:trHeight w:val="557"/>
        </w:trPr>
        <w:tc>
          <w:tcPr>
            <w:tcW w:w="5058" w:type="dxa"/>
          </w:tcPr>
          <w:p w14:paraId="061E270D" w14:textId="77777777" w:rsidR="009B5B8E" w:rsidRDefault="009B5B8E"/>
        </w:tc>
      </w:tr>
    </w:tbl>
    <w:p w14:paraId="455D04E1" w14:textId="77777777" w:rsidR="009B5B8E" w:rsidRDefault="00A22690">
      <w:r>
        <w:t>Mailing Address: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</w:tblGrid>
      <w:tr w:rsidR="009B5B8E" w14:paraId="04C616F7" w14:textId="77777777" w:rsidTr="00DC153F">
        <w:trPr>
          <w:trHeight w:val="620"/>
        </w:trPr>
        <w:tc>
          <w:tcPr>
            <w:tcW w:w="5058" w:type="dxa"/>
          </w:tcPr>
          <w:p w14:paraId="1C911457" w14:textId="77777777" w:rsidR="009B5B8E" w:rsidRDefault="009B5B8E"/>
        </w:tc>
      </w:tr>
    </w:tbl>
    <w:p w14:paraId="3E6BAE8A" w14:textId="77777777" w:rsidR="009B5B8E" w:rsidRDefault="00A22690">
      <w:r>
        <w:t>TIN/EIN: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</w:tblGrid>
      <w:tr w:rsidR="009B5B8E" w14:paraId="423E2438" w14:textId="77777777" w:rsidTr="00DC153F">
        <w:trPr>
          <w:trHeight w:val="557"/>
        </w:trPr>
        <w:tc>
          <w:tcPr>
            <w:tcW w:w="5058" w:type="dxa"/>
          </w:tcPr>
          <w:p w14:paraId="4413AF70" w14:textId="77777777" w:rsidR="009B5B8E" w:rsidRDefault="009B5B8E"/>
        </w:tc>
      </w:tr>
    </w:tbl>
    <w:p w14:paraId="65004B96" w14:textId="77777777" w:rsidR="009B5B8E" w:rsidRDefault="00A22690">
      <w:r>
        <w:t>Type of Entity:</w:t>
      </w:r>
    </w:p>
    <w:p w14:paraId="5760B220" w14:textId="77777777" w:rsidR="009B5B8E" w:rsidRDefault="00A22690">
      <w:r>
        <w:t xml:space="preserve">☐ Sole </w:t>
      </w:r>
      <w:proofErr w:type="gramStart"/>
      <w:r>
        <w:t>Proprietor  ☐</w:t>
      </w:r>
      <w:proofErr w:type="gramEnd"/>
      <w:r>
        <w:t xml:space="preserve"> </w:t>
      </w:r>
      <w:proofErr w:type="gramStart"/>
      <w:r>
        <w:t>Partnership  ☐</w:t>
      </w:r>
      <w:proofErr w:type="gramEnd"/>
      <w:r>
        <w:t xml:space="preserve"> </w:t>
      </w:r>
      <w:proofErr w:type="gramStart"/>
      <w:r>
        <w:t>LLC  ☐</w:t>
      </w:r>
      <w:proofErr w:type="gramEnd"/>
      <w:r>
        <w:t xml:space="preserve"> </w:t>
      </w:r>
      <w:proofErr w:type="gramStart"/>
      <w:r>
        <w:t>Corporation  ☐</w:t>
      </w:r>
      <w:proofErr w:type="gramEnd"/>
      <w:r>
        <w:t xml:space="preserve"> Other: ______</w:t>
      </w:r>
    </w:p>
    <w:p w14:paraId="339E6066" w14:textId="77777777" w:rsidR="009B5B8E" w:rsidRDefault="00A22690">
      <w:r>
        <w:t>Years in Construction/Development: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</w:tblGrid>
      <w:tr w:rsidR="009B5B8E" w14:paraId="34BE4799" w14:textId="77777777" w:rsidTr="00DC153F">
        <w:trPr>
          <w:trHeight w:val="431"/>
        </w:trPr>
        <w:tc>
          <w:tcPr>
            <w:tcW w:w="1728" w:type="dxa"/>
          </w:tcPr>
          <w:p w14:paraId="5DE4FCAC" w14:textId="77777777" w:rsidR="009B5B8E" w:rsidRDefault="009B5B8E"/>
        </w:tc>
      </w:tr>
    </w:tbl>
    <w:p w14:paraId="02CD8EC1" w14:textId="77777777" w:rsidR="009B5B8E" w:rsidRDefault="00A22690">
      <w:r>
        <w:t>Number of Active Crew/Subcontractors: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</w:tblGrid>
      <w:tr w:rsidR="009B5B8E" w14:paraId="0D6FFB09" w14:textId="77777777" w:rsidTr="00DC153F">
        <w:trPr>
          <w:trHeight w:val="476"/>
        </w:trPr>
        <w:tc>
          <w:tcPr>
            <w:tcW w:w="1728" w:type="dxa"/>
          </w:tcPr>
          <w:p w14:paraId="22EA313F" w14:textId="77777777" w:rsidR="009B5B8E" w:rsidRDefault="009B5B8E"/>
        </w:tc>
      </w:tr>
    </w:tbl>
    <w:p w14:paraId="117422D9" w14:textId="77777777" w:rsidR="00DC153F" w:rsidRDefault="00DC153F">
      <w:pPr>
        <w:rPr>
          <w:b/>
          <w:color w:val="FF7F00"/>
          <w:sz w:val="28"/>
        </w:rPr>
      </w:pPr>
    </w:p>
    <w:p w14:paraId="1BFE34C8" w14:textId="1508E634" w:rsidR="009B5B8E" w:rsidRDefault="00A22690">
      <w:r>
        <w:rPr>
          <w:b/>
          <w:color w:val="FF7F00"/>
          <w:sz w:val="28"/>
        </w:rPr>
        <w:t>3. PRINCIPALS / OWNERS</w:t>
      </w:r>
    </w:p>
    <w:p w14:paraId="023B8C17" w14:textId="77777777" w:rsidR="009B5B8E" w:rsidRDefault="00A22690">
      <w:r>
        <w:t>Principal #1 – Name, Title, Ownership %, Phone, Email, DOB: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B5B8E" w14:paraId="00857B7B" w14:textId="77777777" w:rsidTr="00DC153F">
        <w:trPr>
          <w:trHeight w:val="1070"/>
        </w:trPr>
        <w:tc>
          <w:tcPr>
            <w:tcW w:w="8640" w:type="dxa"/>
          </w:tcPr>
          <w:p w14:paraId="417A0102" w14:textId="77777777" w:rsidR="009B5B8E" w:rsidRDefault="009B5B8E"/>
        </w:tc>
      </w:tr>
    </w:tbl>
    <w:p w14:paraId="1BDEC852" w14:textId="77777777" w:rsidR="009B5B8E" w:rsidRDefault="00A22690">
      <w:r>
        <w:t>Principal #2 – Name, Title, Ownership %, Phone, Email, DOB: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B5B8E" w14:paraId="3E544778" w14:textId="77777777" w:rsidTr="00DC153F">
        <w:trPr>
          <w:trHeight w:val="1007"/>
        </w:trPr>
        <w:tc>
          <w:tcPr>
            <w:tcW w:w="8640" w:type="dxa"/>
          </w:tcPr>
          <w:p w14:paraId="4CB7B2D4" w14:textId="77777777" w:rsidR="009B5B8E" w:rsidRDefault="009B5B8E"/>
        </w:tc>
      </w:tr>
    </w:tbl>
    <w:p w14:paraId="42469DA9" w14:textId="77777777" w:rsidR="009B5B8E" w:rsidRDefault="00A22690">
      <w:r>
        <w:t>Principal #3 – Name, Title, Ownership %, Phone, Email, DOB: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B5B8E" w14:paraId="715E2912" w14:textId="77777777" w:rsidTr="00DC153F">
        <w:trPr>
          <w:trHeight w:val="935"/>
        </w:trPr>
        <w:tc>
          <w:tcPr>
            <w:tcW w:w="8640" w:type="dxa"/>
          </w:tcPr>
          <w:p w14:paraId="2A1B38C8" w14:textId="77777777" w:rsidR="009B5B8E" w:rsidRDefault="009B5B8E"/>
        </w:tc>
      </w:tr>
    </w:tbl>
    <w:p w14:paraId="01B9BFE2" w14:textId="77777777" w:rsidR="00DC153F" w:rsidRDefault="00DC153F">
      <w:pPr>
        <w:rPr>
          <w:b/>
          <w:color w:val="FF7F00"/>
          <w:sz w:val="28"/>
        </w:rPr>
      </w:pPr>
    </w:p>
    <w:p w14:paraId="445A7E44" w14:textId="2F699D06" w:rsidR="009B5B8E" w:rsidRDefault="00A22690">
      <w:r>
        <w:rPr>
          <w:b/>
          <w:color w:val="FF7F00"/>
          <w:sz w:val="28"/>
        </w:rPr>
        <w:lastRenderedPageBreak/>
        <w:t>4. PROJECT OVERVIEW</w:t>
      </w:r>
    </w:p>
    <w:p w14:paraId="5EAAD1BD" w14:textId="77777777" w:rsidR="009B5B8E" w:rsidRDefault="00A22690">
      <w:r>
        <w:t>Project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B5B8E" w14:paraId="79048742" w14:textId="77777777" w:rsidTr="00DC153F">
        <w:trPr>
          <w:trHeight w:val="701"/>
        </w:trPr>
        <w:tc>
          <w:tcPr>
            <w:tcW w:w="8640" w:type="dxa"/>
          </w:tcPr>
          <w:p w14:paraId="5A3D3419" w14:textId="77777777" w:rsidR="009B5B8E" w:rsidRDefault="009B5B8E"/>
        </w:tc>
      </w:tr>
    </w:tbl>
    <w:p w14:paraId="60489C24" w14:textId="77777777" w:rsidR="00DC153F" w:rsidRDefault="00DC153F">
      <w:pPr>
        <w:rPr>
          <w:b/>
          <w:color w:val="FF7F00"/>
          <w:sz w:val="28"/>
        </w:rPr>
      </w:pPr>
    </w:p>
    <w:p w14:paraId="6507C4DC" w14:textId="4E02E644" w:rsidR="009B5B8E" w:rsidRDefault="00A22690">
      <w:r>
        <w:rPr>
          <w:b/>
          <w:color w:val="FF7F00"/>
          <w:sz w:val="28"/>
        </w:rPr>
        <w:t>5. PROJECT TEAM</w:t>
      </w:r>
    </w:p>
    <w:p w14:paraId="761829F3" w14:textId="77777777" w:rsidR="009B5B8E" w:rsidRDefault="00A22690">
      <w:r>
        <w:t>General Contractor (Company, Contact, Phone, Email):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B5B8E" w14:paraId="7548D33E" w14:textId="77777777" w:rsidTr="00DC153F">
        <w:trPr>
          <w:trHeight w:val="629"/>
        </w:trPr>
        <w:tc>
          <w:tcPr>
            <w:tcW w:w="8640" w:type="dxa"/>
          </w:tcPr>
          <w:p w14:paraId="180E3D0D" w14:textId="77777777" w:rsidR="009B5B8E" w:rsidRDefault="009B5B8E"/>
        </w:tc>
      </w:tr>
    </w:tbl>
    <w:p w14:paraId="6E7562A1" w14:textId="77777777" w:rsidR="0060153C" w:rsidRDefault="0060153C">
      <w:pPr>
        <w:rPr>
          <w:b/>
          <w:color w:val="FF7F00"/>
          <w:sz w:val="28"/>
        </w:rPr>
      </w:pPr>
    </w:p>
    <w:p w14:paraId="69D3E513" w14:textId="70F8C564" w:rsidR="009B5B8E" w:rsidRDefault="005D4EDE">
      <w:r>
        <w:rPr>
          <w:b/>
          <w:color w:val="FF7F00"/>
          <w:sz w:val="28"/>
        </w:rPr>
        <w:t>6</w:t>
      </w:r>
      <w:r w:rsidR="00A22690">
        <w:rPr>
          <w:b/>
          <w:color w:val="FF7F00"/>
          <w:sz w:val="28"/>
        </w:rPr>
        <w:t>. FINANCING REQUEST</w:t>
      </w:r>
    </w:p>
    <w:p w14:paraId="0107F31B" w14:textId="77777777" w:rsidR="009B5B8E" w:rsidRDefault="00A22690">
      <w:r>
        <w:t>Loan Amount Requested ($):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</w:tblGrid>
      <w:tr w:rsidR="009B5B8E" w14:paraId="674E6EA3" w14:textId="77777777" w:rsidTr="0060153C">
        <w:trPr>
          <w:trHeight w:val="539"/>
        </w:trPr>
        <w:tc>
          <w:tcPr>
            <w:tcW w:w="3078" w:type="dxa"/>
          </w:tcPr>
          <w:p w14:paraId="2906072F" w14:textId="77777777" w:rsidR="009B5B8E" w:rsidRDefault="009B5B8E"/>
        </w:tc>
      </w:tr>
    </w:tbl>
    <w:p w14:paraId="46F76361" w14:textId="7D5A4EB1" w:rsidR="009B5B8E" w:rsidRDefault="00A22690">
      <w:r>
        <w:t xml:space="preserve">Desired Term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</w:tblGrid>
      <w:tr w:rsidR="009B5B8E" w14:paraId="3F2AD5E0" w14:textId="77777777" w:rsidTr="0060153C">
        <w:trPr>
          <w:trHeight w:val="476"/>
        </w:trPr>
        <w:tc>
          <w:tcPr>
            <w:tcW w:w="3078" w:type="dxa"/>
          </w:tcPr>
          <w:p w14:paraId="1BAC61A6" w14:textId="77777777" w:rsidR="009B5B8E" w:rsidRDefault="009B5B8E"/>
        </w:tc>
      </w:tr>
    </w:tbl>
    <w:p w14:paraId="3264E9FB" w14:textId="77777777" w:rsidR="00DC153F" w:rsidRDefault="00DC153F">
      <w:pPr>
        <w:rPr>
          <w:b/>
          <w:color w:val="FF7F00"/>
          <w:sz w:val="28"/>
        </w:rPr>
      </w:pPr>
    </w:p>
    <w:p w14:paraId="52433D27" w14:textId="719D2190" w:rsidR="009B5B8E" w:rsidRDefault="005D4EDE">
      <w:r>
        <w:rPr>
          <w:b/>
          <w:color w:val="FF7F00"/>
          <w:sz w:val="28"/>
        </w:rPr>
        <w:t>7</w:t>
      </w:r>
      <w:r w:rsidR="00A22690">
        <w:rPr>
          <w:b/>
          <w:color w:val="FF7F00"/>
          <w:sz w:val="28"/>
        </w:rPr>
        <w:t>. REQUIRED ATTACHMENTS</w:t>
      </w:r>
    </w:p>
    <w:p w14:paraId="788DEFC2" w14:textId="77777777" w:rsidR="009B5B8E" w:rsidRDefault="00A22690">
      <w:r>
        <w:t>☐ Site control documentation</w:t>
      </w:r>
    </w:p>
    <w:p w14:paraId="3047BAC1" w14:textId="77777777" w:rsidR="009B5B8E" w:rsidRDefault="00A22690">
      <w:r>
        <w:t>☐ Proof of insurance / builder’s risk</w:t>
      </w:r>
    </w:p>
    <w:p w14:paraId="4AD43C61" w14:textId="77777777" w:rsidR="009B5B8E" w:rsidRDefault="00A22690">
      <w:r>
        <w:t>☐ Two years personal tax returns (owners)</w:t>
      </w:r>
    </w:p>
    <w:p w14:paraId="4B1D2CE7" w14:textId="77777777" w:rsidR="009B5B8E" w:rsidRDefault="00A22690">
      <w:r>
        <w:t>☐ Two years business tax returns (if applicable)</w:t>
      </w:r>
    </w:p>
    <w:p w14:paraId="785DB11C" w14:textId="77777777" w:rsidR="009B5B8E" w:rsidRDefault="00A22690">
      <w:r>
        <w:t>☐ Personal financial statement</w:t>
      </w:r>
    </w:p>
    <w:p w14:paraId="5E05B520" w14:textId="77777777" w:rsidR="00DC153F" w:rsidRDefault="00DC153F">
      <w:pPr>
        <w:rPr>
          <w:b/>
          <w:color w:val="FF7F00"/>
          <w:sz w:val="28"/>
        </w:rPr>
      </w:pPr>
    </w:p>
    <w:p w14:paraId="3D606453" w14:textId="07B622FF" w:rsidR="009B5B8E" w:rsidRDefault="005D4EDE">
      <w:r>
        <w:rPr>
          <w:b/>
          <w:color w:val="FF7F00"/>
          <w:sz w:val="28"/>
        </w:rPr>
        <w:t>8</w:t>
      </w:r>
      <w:r w:rsidR="00A22690">
        <w:rPr>
          <w:b/>
          <w:color w:val="FF7F00"/>
          <w:sz w:val="28"/>
        </w:rPr>
        <w:t>. CERTIFICATION</w:t>
      </w:r>
    </w:p>
    <w:p w14:paraId="35F5A662" w14:textId="77777777" w:rsidR="009B5B8E" w:rsidRDefault="00A22690">
      <w:r>
        <w:lastRenderedPageBreak/>
        <w:t>I certify that all information provided is true and complete to the best of my knowledge.</w:t>
      </w:r>
    </w:p>
    <w:p w14:paraId="2BFCDC76" w14:textId="77777777" w:rsidR="009B5B8E" w:rsidRDefault="00A22690">
      <w:r>
        <w:t>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</w:tblGrid>
      <w:tr w:rsidR="009B5B8E" w14:paraId="5924D845" w14:textId="77777777" w:rsidTr="0060153C">
        <w:trPr>
          <w:trHeight w:val="548"/>
        </w:trPr>
        <w:tc>
          <w:tcPr>
            <w:tcW w:w="5328" w:type="dxa"/>
          </w:tcPr>
          <w:p w14:paraId="1EA2730F" w14:textId="77777777" w:rsidR="009B5B8E" w:rsidRDefault="009B5B8E"/>
        </w:tc>
      </w:tr>
    </w:tbl>
    <w:p w14:paraId="7589B664" w14:textId="77777777" w:rsidR="009B5B8E" w:rsidRDefault="00A22690">
      <w:r>
        <w:t>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</w:tblGrid>
      <w:tr w:rsidR="009B5B8E" w14:paraId="5737E780" w14:textId="77777777" w:rsidTr="0060153C">
        <w:trPr>
          <w:trHeight w:val="575"/>
        </w:trPr>
        <w:tc>
          <w:tcPr>
            <w:tcW w:w="5328" w:type="dxa"/>
          </w:tcPr>
          <w:p w14:paraId="3F2706AD" w14:textId="77777777" w:rsidR="009B5B8E" w:rsidRDefault="009B5B8E"/>
        </w:tc>
      </w:tr>
    </w:tbl>
    <w:p w14:paraId="16B8EC60" w14:textId="77777777" w:rsidR="009B5B8E" w:rsidRDefault="00A22690">
      <w:r>
        <w:t>Signature / 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</w:tblGrid>
      <w:tr w:rsidR="009B5B8E" w14:paraId="6A075F59" w14:textId="77777777" w:rsidTr="0060153C">
        <w:trPr>
          <w:trHeight w:val="638"/>
        </w:trPr>
        <w:tc>
          <w:tcPr>
            <w:tcW w:w="5328" w:type="dxa"/>
          </w:tcPr>
          <w:p w14:paraId="4F50CE4E" w14:textId="77777777" w:rsidR="009B5B8E" w:rsidRDefault="009B5B8E"/>
        </w:tc>
      </w:tr>
    </w:tbl>
    <w:p w14:paraId="37E1D171" w14:textId="77777777" w:rsidR="00A22690" w:rsidRDefault="00A22690"/>
    <w:sectPr w:rsidR="00A2269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6E48" w14:textId="77777777" w:rsidR="00BE6B71" w:rsidRDefault="00BE6B71">
      <w:pPr>
        <w:spacing w:after="0" w:line="240" w:lineRule="auto"/>
      </w:pPr>
      <w:r>
        <w:separator/>
      </w:r>
    </w:p>
  </w:endnote>
  <w:endnote w:type="continuationSeparator" w:id="0">
    <w:p w14:paraId="49EB31AC" w14:textId="77777777" w:rsidR="00BE6B71" w:rsidRDefault="00BE6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013F5" w14:textId="77777777" w:rsidR="00BE6B71" w:rsidRDefault="00BE6B71">
      <w:pPr>
        <w:spacing w:after="0" w:line="240" w:lineRule="auto"/>
      </w:pPr>
      <w:r>
        <w:separator/>
      </w:r>
    </w:p>
  </w:footnote>
  <w:footnote w:type="continuationSeparator" w:id="0">
    <w:p w14:paraId="28E8D6DB" w14:textId="77777777" w:rsidR="00BE6B71" w:rsidRDefault="00BE6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4FB2" w14:textId="77777777" w:rsidR="009B5B8E" w:rsidRDefault="00A22690">
    <w:pPr>
      <w:pStyle w:val="Header"/>
      <w:jc w:val="center"/>
    </w:pPr>
    <w:r>
      <w:rPr>
        <w:noProof/>
      </w:rPr>
      <w:drawing>
        <wp:inline distT="0" distB="0" distL="0" distR="0" wp14:anchorId="00E92CC8" wp14:editId="0C67B120">
          <wp:extent cx="2286000" cy="60608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84ffd79-d769-45fa-8c03-7b2a57fc4af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0" cy="606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13256D" w14:textId="2071558D" w:rsidR="009B5B8E" w:rsidRDefault="00A22690">
    <w:pPr>
      <w:jc w:val="center"/>
    </w:pPr>
    <w:r>
      <w:rPr>
        <w:b/>
        <w:sz w:val="28"/>
      </w:rPr>
      <w:t xml:space="preserve">HOUSING </w:t>
    </w:r>
    <w:r w:rsidR="00CA7D75">
      <w:rPr>
        <w:b/>
        <w:sz w:val="28"/>
      </w:rPr>
      <w:t>D</w:t>
    </w:r>
    <w:r w:rsidR="00D76050">
      <w:rPr>
        <w:b/>
        <w:sz w:val="28"/>
      </w:rPr>
      <w:t xml:space="preserve">EVELOPMENT </w:t>
    </w:r>
    <w:r>
      <w:rPr>
        <w:b/>
        <w:sz w:val="28"/>
      </w:rPr>
      <w:t>REVOLVING LOAN FUND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9001179">
    <w:abstractNumId w:val="8"/>
  </w:num>
  <w:num w:numId="2" w16cid:durableId="1237596338">
    <w:abstractNumId w:val="6"/>
  </w:num>
  <w:num w:numId="3" w16cid:durableId="2013872767">
    <w:abstractNumId w:val="5"/>
  </w:num>
  <w:num w:numId="4" w16cid:durableId="183909363">
    <w:abstractNumId w:val="4"/>
  </w:num>
  <w:num w:numId="5" w16cid:durableId="1008943181">
    <w:abstractNumId w:val="7"/>
  </w:num>
  <w:num w:numId="6" w16cid:durableId="169150282">
    <w:abstractNumId w:val="3"/>
  </w:num>
  <w:num w:numId="7" w16cid:durableId="292519933">
    <w:abstractNumId w:val="2"/>
  </w:num>
  <w:num w:numId="8" w16cid:durableId="1401053558">
    <w:abstractNumId w:val="1"/>
  </w:num>
  <w:num w:numId="9" w16cid:durableId="26018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8DF"/>
    <w:rsid w:val="000D7091"/>
    <w:rsid w:val="000F3999"/>
    <w:rsid w:val="000F72F1"/>
    <w:rsid w:val="0015074B"/>
    <w:rsid w:val="001F5AF5"/>
    <w:rsid w:val="002078D2"/>
    <w:rsid w:val="00227909"/>
    <w:rsid w:val="0029639D"/>
    <w:rsid w:val="002F0455"/>
    <w:rsid w:val="00326F90"/>
    <w:rsid w:val="0043059E"/>
    <w:rsid w:val="00494FE2"/>
    <w:rsid w:val="0052433C"/>
    <w:rsid w:val="00541239"/>
    <w:rsid w:val="005559D7"/>
    <w:rsid w:val="005C7813"/>
    <w:rsid w:val="005D4EDE"/>
    <w:rsid w:val="0060153C"/>
    <w:rsid w:val="00650EA3"/>
    <w:rsid w:val="00673F19"/>
    <w:rsid w:val="006E56EC"/>
    <w:rsid w:val="007B0BDB"/>
    <w:rsid w:val="007D46BF"/>
    <w:rsid w:val="007E0B50"/>
    <w:rsid w:val="0085277B"/>
    <w:rsid w:val="008571CC"/>
    <w:rsid w:val="00870F76"/>
    <w:rsid w:val="0088627D"/>
    <w:rsid w:val="00894203"/>
    <w:rsid w:val="009166D4"/>
    <w:rsid w:val="009A45CE"/>
    <w:rsid w:val="009B5B8E"/>
    <w:rsid w:val="009D1FAD"/>
    <w:rsid w:val="00A22690"/>
    <w:rsid w:val="00AA1D8D"/>
    <w:rsid w:val="00AB3424"/>
    <w:rsid w:val="00AF5ECE"/>
    <w:rsid w:val="00B30DB0"/>
    <w:rsid w:val="00B47730"/>
    <w:rsid w:val="00B715FD"/>
    <w:rsid w:val="00B953F4"/>
    <w:rsid w:val="00BD2353"/>
    <w:rsid w:val="00BE6B71"/>
    <w:rsid w:val="00C17440"/>
    <w:rsid w:val="00C96E76"/>
    <w:rsid w:val="00CA7D75"/>
    <w:rsid w:val="00CA7FCC"/>
    <w:rsid w:val="00CB0664"/>
    <w:rsid w:val="00D01C45"/>
    <w:rsid w:val="00D76050"/>
    <w:rsid w:val="00D870FD"/>
    <w:rsid w:val="00DC153F"/>
    <w:rsid w:val="00E567F4"/>
    <w:rsid w:val="00E915D4"/>
    <w:rsid w:val="00EF0A6D"/>
    <w:rsid w:val="00FA5D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B857F3"/>
  <w14:defaultImageDpi w14:val="300"/>
  <w15:docId w15:val="{FC9685C7-B681-4820-A0F7-872B707A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5FD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Caden Mason</cp:lastModifiedBy>
  <cp:revision>33</cp:revision>
  <dcterms:created xsi:type="dcterms:W3CDTF">2025-12-11T19:45:00Z</dcterms:created>
  <dcterms:modified xsi:type="dcterms:W3CDTF">2026-08-11T18:29:00Z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bffaa3-3be7-4b16-9c21-880cc89e2fef_Enabled">
    <vt:lpwstr>true</vt:lpwstr>
  </property>
  <property fmtid="{D5CDD505-2E9C-101B-9397-08002B2CF9AE}" pid="3" name="MSIP_Label_b7bffaa3-3be7-4b16-9c21-880cc89e2fef_SetDate">
    <vt:lpwstr>2025-12-11T19:43:42Z</vt:lpwstr>
  </property>
  <property fmtid="{D5CDD505-2E9C-101B-9397-08002B2CF9AE}" pid="4" name="MSIP_Label_b7bffaa3-3be7-4b16-9c21-880cc89e2fef_Method">
    <vt:lpwstr>Standard</vt:lpwstr>
  </property>
  <property fmtid="{D5CDD505-2E9C-101B-9397-08002B2CF9AE}" pid="5" name="MSIP_Label_b7bffaa3-3be7-4b16-9c21-880cc89e2fef_Name">
    <vt:lpwstr>Public</vt:lpwstr>
  </property>
  <property fmtid="{D5CDD505-2E9C-101B-9397-08002B2CF9AE}" pid="6" name="MSIP_Label_b7bffaa3-3be7-4b16-9c21-880cc89e2fef_SiteId">
    <vt:lpwstr>5082d86a-11b0-4492-9ab3-0b731603c75e</vt:lpwstr>
  </property>
  <property fmtid="{D5CDD505-2E9C-101B-9397-08002B2CF9AE}" pid="7" name="MSIP_Label_b7bffaa3-3be7-4b16-9c21-880cc89e2fef_ActionId">
    <vt:lpwstr>066aedb0-95be-4207-8aa8-5ce2d5ad2c86</vt:lpwstr>
  </property>
  <property fmtid="{D5CDD505-2E9C-101B-9397-08002B2CF9AE}" pid="8" name="MSIP_Label_b7bffaa3-3be7-4b16-9c21-880cc89e2fef_ContentBits">
    <vt:lpwstr>0</vt:lpwstr>
  </property>
  <property fmtid="{D5CDD505-2E9C-101B-9397-08002B2CF9AE}" pid="9" name="MSIP_Label_b7bffaa3-3be7-4b16-9c21-880cc89e2fef_Tag">
    <vt:lpwstr>10, 3, 0, 1</vt:lpwstr>
  </property>
</Properties>
</file>